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3C21E" w14:textId="77777777" w:rsidR="00285793" w:rsidRPr="00E918AC" w:rsidRDefault="00BD13DB">
      <w:pPr>
        <w:spacing w:after="6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6"/>
          <w:lang w:val="ru-RU"/>
        </w:rPr>
        <w:t>ПОУРОЧНОЕ (КАЛЕНДАРНО-ТЕМАТИЧЕСКОЕ) ПЛАНИРОВАНИЕ</w:t>
      </w:r>
    </w:p>
    <w:p w14:paraId="20DACC85" w14:textId="77777777" w:rsidR="00285793" w:rsidRPr="00E918AC" w:rsidRDefault="00BD13DB">
      <w:pPr>
        <w:spacing w:after="4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3"/>
          <w:lang w:val="ru-RU"/>
        </w:rPr>
        <w:t>курса внеурочной деятельности «Разговоры о важном»</w:t>
      </w:r>
    </w:p>
    <w:p w14:paraId="04E4D912" w14:textId="77777777" w:rsidR="00285793" w:rsidRDefault="00BD13DB">
      <w:pPr>
        <w:spacing w:after="140" w:line="240" w:lineRule="auto"/>
        <w:jc w:val="center"/>
      </w:pPr>
      <w:r>
        <w:rPr>
          <w:rFonts w:eastAsia="Times New Roman"/>
          <w:color w:val="000000"/>
        </w:rPr>
        <w:t xml:space="preserve">1–4 </w:t>
      </w:r>
      <w:proofErr w:type="spellStart"/>
      <w:r>
        <w:rPr>
          <w:rFonts w:eastAsia="Times New Roman"/>
          <w:color w:val="000000"/>
        </w:rPr>
        <w:t>классы</w:t>
      </w:r>
      <w:proofErr w:type="spellEnd"/>
      <w:r>
        <w:rPr>
          <w:rFonts w:eastAsia="Times New Roman"/>
          <w:color w:val="000000"/>
        </w:rPr>
        <w:t xml:space="preserve"> • 2026/2027 </w:t>
      </w:r>
      <w:proofErr w:type="spellStart"/>
      <w:r>
        <w:rPr>
          <w:rFonts w:eastAsia="Times New Roman"/>
          <w:color w:val="000000"/>
        </w:rPr>
        <w:t>учебный</w:t>
      </w:r>
      <w:proofErr w:type="spellEnd"/>
      <w:r>
        <w:rPr>
          <w:rFonts w:eastAsia="Times New Roman"/>
          <w:color w:val="000000"/>
        </w:rPr>
        <w:t xml:space="preserve"> год • 35 часов</w:t>
      </w:r>
    </w:p>
    <w:tbl>
      <w:tblPr>
        <w:tblStyle w:val="aff0"/>
        <w:tblW w:w="14400" w:type="dxa"/>
        <w:tblLayout w:type="fixed"/>
        <w:tblLook w:val="04A0" w:firstRow="1" w:lastRow="0" w:firstColumn="1" w:lastColumn="0" w:noHBand="0" w:noVBand="1"/>
      </w:tblPr>
      <w:tblGrid>
        <w:gridCol w:w="800"/>
        <w:gridCol w:w="5600"/>
        <w:gridCol w:w="1200"/>
        <w:gridCol w:w="1550"/>
        <w:gridCol w:w="1650"/>
        <w:gridCol w:w="3600"/>
      </w:tblGrid>
      <w:tr w:rsidR="00285793" w14:paraId="5CE1DFE2" w14:textId="77777777" w:rsidTr="00E918AC">
        <w:trPr>
          <w:cantSplit/>
          <w:tblHeader/>
        </w:trPr>
        <w:tc>
          <w:tcPr>
            <w:tcW w:w="8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83758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№ п/п</w:t>
            </w:r>
          </w:p>
        </w:tc>
        <w:tc>
          <w:tcPr>
            <w:tcW w:w="5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00076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Тема занятия</w:t>
            </w:r>
          </w:p>
        </w:tc>
        <w:tc>
          <w:tcPr>
            <w:tcW w:w="4400" w:type="dxa"/>
            <w:gridSpan w:val="3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BE925F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Количество часов</w:t>
            </w:r>
          </w:p>
        </w:tc>
        <w:tc>
          <w:tcPr>
            <w:tcW w:w="3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228BE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Электронные (цифровые) образовательные ресурсы</w:t>
            </w:r>
          </w:p>
        </w:tc>
      </w:tr>
      <w:tr w:rsidR="00285793" w14:paraId="26E7E696" w14:textId="77777777">
        <w:trPr>
          <w:cantSplit/>
          <w:tblHeader/>
        </w:trPr>
        <w:tc>
          <w:tcPr>
            <w:tcW w:w="800" w:type="dxa"/>
            <w:vMerge/>
          </w:tcPr>
          <w:p w14:paraId="6056B94A" w14:textId="77777777" w:rsidR="00285793" w:rsidRDefault="00285793"/>
        </w:tc>
        <w:tc>
          <w:tcPr>
            <w:tcW w:w="5600" w:type="dxa"/>
            <w:vMerge/>
          </w:tcPr>
          <w:p w14:paraId="7A0F4411" w14:textId="77777777" w:rsidR="00285793" w:rsidRDefault="00285793"/>
        </w:tc>
        <w:tc>
          <w:tcPr>
            <w:tcW w:w="120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32781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Всего</w:t>
            </w:r>
          </w:p>
        </w:tc>
        <w:tc>
          <w:tcPr>
            <w:tcW w:w="15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F45ED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Контрольные работы</w:t>
            </w:r>
          </w:p>
        </w:tc>
        <w:tc>
          <w:tcPr>
            <w:tcW w:w="16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2A4235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Практические работы</w:t>
            </w:r>
          </w:p>
        </w:tc>
        <w:tc>
          <w:tcPr>
            <w:tcW w:w="3600" w:type="dxa"/>
            <w:vMerge/>
          </w:tcPr>
          <w:p w14:paraId="353AAC11" w14:textId="77777777" w:rsidR="00285793" w:rsidRDefault="00285793"/>
        </w:tc>
      </w:tr>
      <w:tr w:rsidR="00285793" w14:paraId="2271280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5DD3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53159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2E20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66C1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9140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21240F" w14:textId="77777777" w:rsidR="00285793" w:rsidRDefault="00000000">
            <w:pPr>
              <w:jc w:val="center"/>
            </w:pPr>
            <w:hyperlink r:id="rId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2E971D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1A0A9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5C9A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Первым делом самолёты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E4FFD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82A4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AEF1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209A9" w14:textId="77777777" w:rsidR="00285793" w:rsidRDefault="00000000">
            <w:pPr>
              <w:jc w:val="center"/>
            </w:pPr>
            <w:hyperlink r:id="rId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095837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C1DA1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D97888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Естественный и искусственный интеллект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1C5C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C80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27782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9EF12" w14:textId="77777777" w:rsidR="00285793" w:rsidRDefault="00000000">
            <w:pPr>
              <w:jc w:val="center"/>
            </w:pPr>
            <w:hyperlink r:id="rId1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6BB245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E25FA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C4C34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44C1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6903F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94E1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C53627" w14:textId="77777777" w:rsidR="00285793" w:rsidRDefault="00000000">
            <w:pPr>
              <w:jc w:val="center"/>
            </w:pPr>
            <w:hyperlink r:id="rId1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74B8D67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6D59C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AB230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Сила слова. Ко Дню учителя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2B56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6F63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0206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E7DE65" w14:textId="77777777" w:rsidR="00285793" w:rsidRDefault="00000000">
            <w:pPr>
              <w:jc w:val="center"/>
            </w:pPr>
            <w:hyperlink r:id="rId1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DA09EA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7C718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1CEC7C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Безопасность в сети Интернет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94F1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B79D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D59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9D8FC1" w14:textId="77777777" w:rsidR="00285793" w:rsidRDefault="00000000">
            <w:pPr>
              <w:jc w:val="center"/>
            </w:pPr>
            <w:hyperlink r:id="rId1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CC9D6A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347B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12B8D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История железных дорог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49813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EE2F6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CAE3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D3AE13" w14:textId="77777777" w:rsidR="00285793" w:rsidRDefault="00000000">
            <w:pPr>
              <w:jc w:val="center"/>
            </w:pPr>
            <w:hyperlink r:id="rId1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8911C86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3DD1D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8E06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B5B67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503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2F87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D23D94" w14:textId="77777777" w:rsidR="00285793" w:rsidRDefault="00000000">
            <w:pPr>
              <w:jc w:val="center"/>
            </w:pPr>
            <w:hyperlink r:id="rId1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7EFF7BB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01EA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A44ADF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9504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E9E35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3BD9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C8DFD" w14:textId="77777777" w:rsidR="00285793" w:rsidRDefault="00000000">
            <w:pPr>
              <w:jc w:val="center"/>
            </w:pPr>
            <w:hyperlink r:id="rId1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DD1378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FF8C1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AE08F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Народные промыслы России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A2DC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DA89C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54FE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6D68A" w14:textId="77777777" w:rsidR="00285793" w:rsidRDefault="00000000">
            <w:pPr>
              <w:jc w:val="center"/>
            </w:pPr>
            <w:hyperlink r:id="rId1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764438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4B6C1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E7D7A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Семья. Дела домашние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A0AA5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33FC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A2279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54FD4" w14:textId="77777777" w:rsidR="00285793" w:rsidRDefault="00000000">
            <w:pPr>
              <w:jc w:val="center"/>
            </w:pPr>
            <w:hyperlink r:id="rId1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409F79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8008E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37FB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Дарим добро!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7164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0F4FC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3798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0AF947" w14:textId="77777777" w:rsidR="00285793" w:rsidRDefault="00000000">
            <w:pPr>
              <w:jc w:val="center"/>
            </w:pPr>
            <w:hyperlink r:id="rId1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DABA79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BB9F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AF4DB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0362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CA195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39CCC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72E443" w14:textId="77777777" w:rsidR="00285793" w:rsidRDefault="00000000">
            <w:pPr>
              <w:jc w:val="center"/>
            </w:pPr>
            <w:hyperlink r:id="rId2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7C035D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A4AF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2AB53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7679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CAB9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DFCD7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DA5A20" w14:textId="77777777" w:rsidR="00285793" w:rsidRDefault="00000000">
            <w:pPr>
              <w:jc w:val="center"/>
            </w:pPr>
            <w:hyperlink r:id="rId2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8439C7A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D9BF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B55B6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803DE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2DB2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2EF95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1FFD42" w14:textId="77777777" w:rsidR="00285793" w:rsidRDefault="00000000">
            <w:pPr>
              <w:jc w:val="center"/>
            </w:pPr>
            <w:hyperlink r:id="rId2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7E60E5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D6C37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14BF0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Игрушечный переполох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289B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997D8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28F3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D4111" w14:textId="77777777" w:rsidR="00285793" w:rsidRDefault="00000000">
            <w:pPr>
              <w:jc w:val="center"/>
            </w:pPr>
            <w:hyperlink r:id="rId2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6FBA81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08E9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2B5482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5B94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269A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D269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0DEAF6" w14:textId="77777777" w:rsidR="00285793" w:rsidRDefault="00000000">
            <w:pPr>
              <w:jc w:val="center"/>
            </w:pPr>
            <w:hyperlink r:id="rId2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847B74A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D956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09C96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0D36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B05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BC06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F10B34" w14:textId="77777777" w:rsidR="00285793" w:rsidRDefault="00000000">
            <w:pPr>
              <w:jc w:val="center"/>
            </w:pPr>
            <w:hyperlink r:id="rId2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AD29DAD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4F4CD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41F2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C4B2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CCAA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4813B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28DDD2" w14:textId="77777777" w:rsidR="00285793" w:rsidRDefault="00000000">
            <w:pPr>
              <w:jc w:val="center"/>
            </w:pPr>
            <w:hyperlink r:id="rId2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CAB0D7F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7CE4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0C71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Технологии, которые меняют мир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B22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BD62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4B16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583B8" w14:textId="77777777" w:rsidR="00285793" w:rsidRDefault="00000000">
            <w:pPr>
              <w:jc w:val="center"/>
            </w:pPr>
            <w:hyperlink r:id="rId2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19FF8B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1B14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BD3F4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F109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1BEEE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91EC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DE891" w14:textId="77777777" w:rsidR="00285793" w:rsidRDefault="00000000">
            <w:pPr>
              <w:jc w:val="center"/>
            </w:pPr>
            <w:hyperlink r:id="rId2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134BBA0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14551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lastRenderedPageBreak/>
              <w:t>22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108B46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Что такое подлинное товарищество?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BE04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9156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7276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F4E1F" w14:textId="77777777" w:rsidR="00285793" w:rsidRDefault="00000000">
            <w:pPr>
              <w:jc w:val="center"/>
            </w:pPr>
            <w:hyperlink r:id="rId2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57D6EBA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EC41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56D7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5302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D5B5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9F79F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6A325" w14:textId="77777777" w:rsidR="00285793" w:rsidRDefault="00000000">
            <w:pPr>
              <w:jc w:val="center"/>
            </w:pPr>
            <w:hyperlink r:id="rId3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73D8611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0D967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51EBE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Международный женский день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30DB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25D2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B9C8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316D5F" w14:textId="77777777" w:rsidR="00285793" w:rsidRDefault="00000000">
            <w:pPr>
              <w:jc w:val="center"/>
            </w:pPr>
            <w:hyperlink r:id="rId3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35F2529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D08A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50C2C9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Заповедники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4D58A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E20D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F61E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6AB2EE" w14:textId="77777777" w:rsidR="00285793" w:rsidRDefault="00000000">
            <w:pPr>
              <w:jc w:val="center"/>
            </w:pPr>
            <w:hyperlink r:id="rId3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CAEB43F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1616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A349AB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E125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2373B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A3B7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675EDB" w14:textId="77777777" w:rsidR="00285793" w:rsidRDefault="00000000">
            <w:pPr>
              <w:jc w:val="center"/>
            </w:pPr>
            <w:hyperlink r:id="rId3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97A5498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45DA0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CA5C9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После меня чище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E039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EC745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75E0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1F367D" w14:textId="77777777" w:rsidR="00285793" w:rsidRDefault="00000000">
            <w:pPr>
              <w:jc w:val="center"/>
            </w:pPr>
            <w:hyperlink r:id="rId3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194B775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C165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31B7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01A63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304F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2684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971887" w14:textId="77777777" w:rsidR="00285793" w:rsidRDefault="00000000">
            <w:pPr>
              <w:jc w:val="center"/>
            </w:pPr>
            <w:hyperlink r:id="rId3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26D3DD3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EB0C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FF798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Красная книга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A3D7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85B1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063B4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1C6576" w14:textId="77777777" w:rsidR="00285793" w:rsidRDefault="00000000">
            <w:pPr>
              <w:jc w:val="center"/>
            </w:pPr>
            <w:hyperlink r:id="rId3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992EB0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E9BF5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D3CF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8FF4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6683C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D9AD6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DF036B" w14:textId="77777777" w:rsidR="00285793" w:rsidRDefault="00000000">
            <w:pPr>
              <w:jc w:val="center"/>
            </w:pPr>
            <w:hyperlink r:id="rId3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553D873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F262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76E83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Марафон здоровых привычек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6E46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581F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3790E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BF0C9E" w14:textId="77777777" w:rsidR="00285793" w:rsidRDefault="00000000">
            <w:pPr>
              <w:jc w:val="center"/>
            </w:pPr>
            <w:hyperlink r:id="rId3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7A61F3A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37F7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D708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Ценности, которые нас объединяют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B2369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5395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67DF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AB31D" w14:textId="77777777" w:rsidR="00285793" w:rsidRDefault="00000000">
            <w:pPr>
              <w:jc w:val="center"/>
            </w:pPr>
            <w:hyperlink r:id="rId3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37B7E36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08B6A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51D6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5603B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D92A5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3B3C7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8BF67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2CB8795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A5C86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577F3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7740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B06B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8D49C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5388E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</w:tbl>
    <w:p w14:paraId="3C149E1B" w14:textId="77777777" w:rsidR="00285793" w:rsidRPr="00E918AC" w:rsidRDefault="00BD13DB">
      <w:pPr>
        <w:spacing w:after="20" w:line="240" w:lineRule="auto"/>
        <w:rPr>
          <w:lang w:val="ru-RU"/>
        </w:rPr>
      </w:pPr>
      <w:r w:rsidRPr="00E918AC">
        <w:rPr>
          <w:rFonts w:eastAsia="Times New Roman"/>
          <w:b/>
          <w:color w:val="000000"/>
          <w:sz w:val="18"/>
          <w:lang w:val="ru-RU"/>
        </w:rPr>
        <w:t>Итого: 3</w:t>
      </w:r>
      <w:r w:rsidR="00E918AC">
        <w:rPr>
          <w:rFonts w:eastAsia="Times New Roman"/>
          <w:b/>
          <w:color w:val="000000"/>
          <w:sz w:val="18"/>
          <w:lang w:val="ru-RU"/>
        </w:rPr>
        <w:t xml:space="preserve">4 </w:t>
      </w:r>
      <w:r w:rsidRPr="00E918AC">
        <w:rPr>
          <w:rFonts w:eastAsia="Times New Roman"/>
          <w:b/>
          <w:color w:val="000000"/>
          <w:sz w:val="18"/>
          <w:lang w:val="ru-RU"/>
        </w:rPr>
        <w:t>часов; контрольные работы — 0 часов; практические работы — 0 часов.</w:t>
      </w:r>
    </w:p>
    <w:p w14:paraId="7E0249EC" w14:textId="77777777" w:rsidR="00285793" w:rsidRPr="00E918AC" w:rsidRDefault="00BD13DB">
      <w:pPr>
        <w:spacing w:after="0" w:line="240" w:lineRule="auto"/>
        <w:rPr>
          <w:lang w:val="ru-RU"/>
        </w:rPr>
      </w:pPr>
      <w:r w:rsidRPr="00E918AC">
        <w:rPr>
          <w:rFonts w:eastAsia="Times New Roman"/>
          <w:color w:val="000000"/>
          <w:sz w:val="16"/>
          <w:lang w:val="ru-RU"/>
        </w:rPr>
        <w:t>Примечание. Темы 1–32 перенесены из соответствующего раздела тематического планирования рабочей программы. Резервные занятия (3 ч.) предусмотрены для выполнения годового объёма 35 часов; их содержание определяется образовательной организацией с учётом календаря, возраста обучающихся и региональных особенностей.</w:t>
      </w:r>
    </w:p>
    <w:p w14:paraId="38DAD3F4" w14:textId="77777777" w:rsidR="00285793" w:rsidRPr="00E918AC" w:rsidRDefault="00BD13DB">
      <w:pPr>
        <w:rPr>
          <w:lang w:val="ru-RU"/>
        </w:rPr>
      </w:pPr>
      <w:r w:rsidRPr="00E918AC">
        <w:rPr>
          <w:lang w:val="ru-RU"/>
        </w:rPr>
        <w:br w:type="page"/>
      </w:r>
    </w:p>
    <w:p w14:paraId="3E01FCCD" w14:textId="77777777" w:rsidR="00285793" w:rsidRPr="00E918AC" w:rsidRDefault="00BD13DB">
      <w:pPr>
        <w:spacing w:after="6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6"/>
          <w:lang w:val="ru-RU"/>
        </w:rPr>
        <w:lastRenderedPageBreak/>
        <w:t>ПОУРОЧНОЕ (КАЛЕНДАРНО-ТЕМАТИЧЕСКОЕ) ПЛАНИРОВАНИЕ</w:t>
      </w:r>
    </w:p>
    <w:p w14:paraId="6D4C110C" w14:textId="77777777" w:rsidR="00285793" w:rsidRPr="00E918AC" w:rsidRDefault="00BD13DB">
      <w:pPr>
        <w:spacing w:after="4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3"/>
          <w:lang w:val="ru-RU"/>
        </w:rPr>
        <w:t>курса внеурочной деятельности «Разговоры о важном»</w:t>
      </w:r>
    </w:p>
    <w:p w14:paraId="1A36EBA1" w14:textId="77777777" w:rsidR="00285793" w:rsidRDefault="00BD13DB">
      <w:pPr>
        <w:spacing w:after="140" w:line="240" w:lineRule="auto"/>
        <w:jc w:val="center"/>
      </w:pPr>
      <w:r>
        <w:rPr>
          <w:rFonts w:eastAsia="Times New Roman"/>
          <w:color w:val="000000"/>
        </w:rPr>
        <w:t xml:space="preserve">5 </w:t>
      </w:r>
      <w:proofErr w:type="spellStart"/>
      <w:r>
        <w:rPr>
          <w:rFonts w:eastAsia="Times New Roman"/>
          <w:color w:val="000000"/>
        </w:rPr>
        <w:t>класс</w:t>
      </w:r>
      <w:proofErr w:type="spellEnd"/>
      <w:r>
        <w:rPr>
          <w:rFonts w:eastAsia="Times New Roman"/>
          <w:color w:val="000000"/>
        </w:rPr>
        <w:t xml:space="preserve"> • 2026/2027 </w:t>
      </w:r>
      <w:proofErr w:type="spellStart"/>
      <w:r>
        <w:rPr>
          <w:rFonts w:eastAsia="Times New Roman"/>
          <w:color w:val="000000"/>
        </w:rPr>
        <w:t>учебный</w:t>
      </w:r>
      <w:proofErr w:type="spellEnd"/>
      <w:r>
        <w:rPr>
          <w:rFonts w:eastAsia="Times New Roman"/>
          <w:color w:val="000000"/>
        </w:rPr>
        <w:t xml:space="preserve"> год • 35 часов</w:t>
      </w:r>
    </w:p>
    <w:tbl>
      <w:tblPr>
        <w:tblStyle w:val="aff0"/>
        <w:tblW w:w="14400" w:type="dxa"/>
        <w:tblLayout w:type="fixed"/>
        <w:tblLook w:val="04A0" w:firstRow="1" w:lastRow="0" w:firstColumn="1" w:lastColumn="0" w:noHBand="0" w:noVBand="1"/>
      </w:tblPr>
      <w:tblGrid>
        <w:gridCol w:w="800"/>
        <w:gridCol w:w="5600"/>
        <w:gridCol w:w="1200"/>
        <w:gridCol w:w="1550"/>
        <w:gridCol w:w="1650"/>
        <w:gridCol w:w="3600"/>
      </w:tblGrid>
      <w:tr w:rsidR="00285793" w14:paraId="1DBAFA17" w14:textId="77777777">
        <w:trPr>
          <w:cantSplit/>
          <w:tblHeader/>
        </w:trPr>
        <w:tc>
          <w:tcPr>
            <w:tcW w:w="8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FA331D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№ п/п</w:t>
            </w:r>
          </w:p>
        </w:tc>
        <w:tc>
          <w:tcPr>
            <w:tcW w:w="5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7BF24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Тема занятия</w:t>
            </w:r>
          </w:p>
        </w:tc>
        <w:tc>
          <w:tcPr>
            <w:tcW w:w="1650" w:type="dxa"/>
            <w:gridSpan w:val="3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CBF97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Количество часов</w:t>
            </w:r>
          </w:p>
        </w:tc>
        <w:tc>
          <w:tcPr>
            <w:tcW w:w="3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0ED2D4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Электронные (цифровые) образовательные ресурсы</w:t>
            </w:r>
          </w:p>
        </w:tc>
      </w:tr>
      <w:tr w:rsidR="00285793" w14:paraId="68B638AF" w14:textId="77777777">
        <w:trPr>
          <w:cantSplit/>
          <w:tblHeader/>
        </w:trPr>
        <w:tc>
          <w:tcPr>
            <w:tcW w:w="800" w:type="dxa"/>
            <w:vMerge/>
          </w:tcPr>
          <w:p w14:paraId="29190D7D" w14:textId="77777777" w:rsidR="00285793" w:rsidRDefault="00285793"/>
        </w:tc>
        <w:tc>
          <w:tcPr>
            <w:tcW w:w="5600" w:type="dxa"/>
            <w:vMerge/>
          </w:tcPr>
          <w:p w14:paraId="412732AD" w14:textId="77777777" w:rsidR="00285793" w:rsidRDefault="00285793"/>
        </w:tc>
        <w:tc>
          <w:tcPr>
            <w:tcW w:w="120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CFEE84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Всего</w:t>
            </w:r>
          </w:p>
        </w:tc>
        <w:tc>
          <w:tcPr>
            <w:tcW w:w="15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E055D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Контрольные работы</w:t>
            </w:r>
          </w:p>
        </w:tc>
        <w:tc>
          <w:tcPr>
            <w:tcW w:w="16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20783C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Практические работы</w:t>
            </w:r>
          </w:p>
        </w:tc>
        <w:tc>
          <w:tcPr>
            <w:tcW w:w="3600" w:type="dxa"/>
            <w:vMerge/>
          </w:tcPr>
          <w:p w14:paraId="02B15929" w14:textId="77777777" w:rsidR="00285793" w:rsidRDefault="00285793"/>
        </w:tc>
      </w:tr>
      <w:tr w:rsidR="00285793" w14:paraId="284372D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A973A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C6DBF5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F11D6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00976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BD5F1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F54421" w14:textId="77777777" w:rsidR="00285793" w:rsidRDefault="00000000">
            <w:pPr>
              <w:jc w:val="center"/>
            </w:pPr>
            <w:hyperlink r:id="rId4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CE3EDD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A701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9DF3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Первым делом самолёты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627A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C6BF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B5C59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AA90C" w14:textId="77777777" w:rsidR="00285793" w:rsidRDefault="00000000">
            <w:pPr>
              <w:jc w:val="center"/>
            </w:pPr>
            <w:hyperlink r:id="rId4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F1D5DC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27A7E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0D9ED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Естественный и искусственный интеллект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53BD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2603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FF44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C0DE2" w14:textId="77777777" w:rsidR="00285793" w:rsidRDefault="00000000">
            <w:pPr>
              <w:jc w:val="center"/>
            </w:pPr>
            <w:hyperlink r:id="rId4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F07E3DC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2C05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94315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F846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971BF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9981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EBB83E" w14:textId="77777777" w:rsidR="00285793" w:rsidRDefault="00000000">
            <w:pPr>
              <w:jc w:val="center"/>
            </w:pPr>
            <w:hyperlink r:id="rId4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0856C47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BD57C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C18A5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Сила слова. Ко Дню учителя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A5F1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FA80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E4CA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BF1495" w14:textId="77777777" w:rsidR="00285793" w:rsidRDefault="00000000">
            <w:pPr>
              <w:jc w:val="center"/>
            </w:pPr>
            <w:hyperlink r:id="rId4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E66B89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97929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DFB0E8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Безопасность в сети Интернет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92660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1321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CCBAB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39DBB" w14:textId="77777777" w:rsidR="00285793" w:rsidRDefault="00000000">
            <w:pPr>
              <w:jc w:val="center"/>
            </w:pPr>
            <w:hyperlink r:id="rId4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AD70A18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C478C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986A4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История железных дорог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8F051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C3101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CCF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00044" w14:textId="77777777" w:rsidR="00285793" w:rsidRDefault="00000000">
            <w:pPr>
              <w:jc w:val="center"/>
            </w:pPr>
            <w:hyperlink r:id="rId4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FF6E24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B08F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82F7AB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64271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3CCAF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33A4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E7EE4" w14:textId="77777777" w:rsidR="00285793" w:rsidRDefault="00000000">
            <w:pPr>
              <w:jc w:val="center"/>
            </w:pPr>
            <w:hyperlink r:id="rId4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5131C6D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34B3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8F783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C2C7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029C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77BC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6490C8" w14:textId="77777777" w:rsidR="00285793" w:rsidRDefault="00000000">
            <w:pPr>
              <w:jc w:val="center"/>
            </w:pPr>
            <w:hyperlink r:id="rId4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2B17C0E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65E4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BE47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Народные промыслы России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7BFA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06C7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EFD2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22CA23" w14:textId="77777777" w:rsidR="00285793" w:rsidRDefault="00000000">
            <w:pPr>
              <w:jc w:val="center"/>
            </w:pPr>
            <w:hyperlink r:id="rId4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98A8F85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0E8A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1AE22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Семья. Дела домашние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63D46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9520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BEC9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206334" w14:textId="77777777" w:rsidR="00285793" w:rsidRDefault="00000000">
            <w:pPr>
              <w:jc w:val="center"/>
            </w:pPr>
            <w:hyperlink r:id="rId5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DE28E4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09BB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51758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Дарим добро!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64D3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9C8E3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8DB6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D4D455" w14:textId="77777777" w:rsidR="00285793" w:rsidRDefault="00000000">
            <w:pPr>
              <w:jc w:val="center"/>
            </w:pPr>
            <w:hyperlink r:id="rId5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9B425B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92BF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9357D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5FF8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48FFD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AAE9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59DE5C" w14:textId="77777777" w:rsidR="00285793" w:rsidRDefault="00000000">
            <w:pPr>
              <w:jc w:val="center"/>
            </w:pPr>
            <w:hyperlink r:id="rId5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816193E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8DE5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5794E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B81C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0F4E7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31A7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AB673" w14:textId="77777777" w:rsidR="00285793" w:rsidRDefault="00000000">
            <w:pPr>
              <w:jc w:val="center"/>
            </w:pPr>
            <w:hyperlink r:id="rId5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6DA32A7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3339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F206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B665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0E2C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99C73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7C47C5" w14:textId="77777777" w:rsidR="00285793" w:rsidRDefault="00000000">
            <w:pPr>
              <w:jc w:val="center"/>
            </w:pPr>
            <w:hyperlink r:id="rId5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048E4D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5DB3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82081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Игрушечный переполох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3C60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A0301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0C0E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48D98" w14:textId="77777777" w:rsidR="00285793" w:rsidRDefault="00000000">
            <w:pPr>
              <w:jc w:val="center"/>
            </w:pPr>
            <w:hyperlink r:id="rId5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0CF4053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0307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165E8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3F531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3831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87B7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679E6" w14:textId="77777777" w:rsidR="00285793" w:rsidRDefault="00000000">
            <w:pPr>
              <w:jc w:val="center"/>
            </w:pPr>
            <w:hyperlink r:id="rId5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13467EC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E38CD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EE20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2232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B454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3D211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2B2B9A" w14:textId="77777777" w:rsidR="00285793" w:rsidRDefault="00000000">
            <w:pPr>
              <w:jc w:val="center"/>
            </w:pPr>
            <w:hyperlink r:id="rId5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E116ACD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38C5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AAF97C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1DFC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2343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B511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E3CBE2" w14:textId="77777777" w:rsidR="00285793" w:rsidRDefault="00000000">
            <w:pPr>
              <w:jc w:val="center"/>
            </w:pPr>
            <w:hyperlink r:id="rId5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6A7E0A2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B222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ADAC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Технологии, которые меняют мир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C9157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916A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F7B74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EDCC2" w14:textId="77777777" w:rsidR="00285793" w:rsidRDefault="00000000">
            <w:pPr>
              <w:jc w:val="center"/>
            </w:pPr>
            <w:hyperlink r:id="rId5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837B607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17E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DDB13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DA57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A824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44453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203901" w14:textId="77777777" w:rsidR="00285793" w:rsidRDefault="00000000">
            <w:pPr>
              <w:jc w:val="center"/>
            </w:pPr>
            <w:hyperlink r:id="rId6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F1984D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4EFC2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lastRenderedPageBreak/>
              <w:t>22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BC38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Что такое подлинное товарищество?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F7D7D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206B3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DC61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663C05" w14:textId="77777777" w:rsidR="00285793" w:rsidRDefault="00000000">
            <w:pPr>
              <w:jc w:val="center"/>
            </w:pPr>
            <w:hyperlink r:id="rId6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2DD5C3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0979E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96784C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91CC3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54DE5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32A9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E6B5E9" w14:textId="77777777" w:rsidR="00285793" w:rsidRDefault="00000000">
            <w:pPr>
              <w:jc w:val="center"/>
            </w:pPr>
            <w:hyperlink r:id="rId6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5F676DA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6DEF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4FD8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Международный женский день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FF72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A0A8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F1E78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D139F" w14:textId="77777777" w:rsidR="00285793" w:rsidRDefault="00000000">
            <w:pPr>
              <w:jc w:val="center"/>
            </w:pPr>
            <w:hyperlink r:id="rId6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71CFC8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3A7CF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8B54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Заповедники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EF1F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602D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72DE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98556" w14:textId="77777777" w:rsidR="00285793" w:rsidRDefault="00000000">
            <w:pPr>
              <w:jc w:val="center"/>
            </w:pPr>
            <w:hyperlink r:id="rId6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6B5CA6B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16B9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851F2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C9A8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264A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6C022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B87CE" w14:textId="77777777" w:rsidR="00285793" w:rsidRDefault="00000000">
            <w:pPr>
              <w:jc w:val="center"/>
            </w:pPr>
            <w:hyperlink r:id="rId6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D3E68C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2349E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622D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После меня чище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04683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F612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DEADB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C420B" w14:textId="77777777" w:rsidR="00285793" w:rsidRDefault="00000000">
            <w:pPr>
              <w:jc w:val="center"/>
            </w:pPr>
            <w:hyperlink r:id="rId6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F7FB94E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4575E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8E4F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51E4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67E40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4F1D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F59AA" w14:textId="77777777" w:rsidR="00285793" w:rsidRDefault="00000000">
            <w:pPr>
              <w:jc w:val="center"/>
            </w:pPr>
            <w:hyperlink r:id="rId6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48FDDA3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F4CA9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0BDF5C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Красная книга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84BFB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C7E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C317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21796" w14:textId="77777777" w:rsidR="00285793" w:rsidRDefault="00000000">
            <w:pPr>
              <w:jc w:val="center"/>
            </w:pPr>
            <w:hyperlink r:id="rId6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A8D4D3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3691B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8077E9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85177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E1E06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AEE1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3DC3CC" w14:textId="77777777" w:rsidR="00285793" w:rsidRDefault="00000000">
            <w:pPr>
              <w:jc w:val="center"/>
            </w:pPr>
            <w:hyperlink r:id="rId6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F1332C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8043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72FB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Марафон здоровых привычек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5D4E2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AFDA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1322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5DD723" w14:textId="77777777" w:rsidR="00285793" w:rsidRDefault="00000000">
            <w:pPr>
              <w:jc w:val="center"/>
            </w:pPr>
            <w:hyperlink r:id="rId7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9CF78D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90E18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9BA7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Ценности, которые нас объединяют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E30B5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371DF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845A6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8CEF93" w14:textId="77777777" w:rsidR="00285793" w:rsidRDefault="00000000">
            <w:pPr>
              <w:jc w:val="center"/>
            </w:pPr>
            <w:hyperlink r:id="rId7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D6ED70B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B06C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EDFB9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98C3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58CF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E08B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05F2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37E880E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3CC19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AF28D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7F65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36A9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DC34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28739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44AACA99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A5747B" w14:textId="77777777" w:rsidR="00285793" w:rsidRDefault="00285793">
            <w:pPr>
              <w:jc w:val="center"/>
            </w:pP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281B9" w14:textId="77777777" w:rsidR="00285793" w:rsidRPr="00E918AC" w:rsidRDefault="00285793">
            <w:pPr>
              <w:rPr>
                <w:lang w:val="ru-RU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79DE6" w14:textId="77777777" w:rsidR="00285793" w:rsidRDefault="00285793">
            <w:pPr>
              <w:jc w:val="center"/>
            </w:pP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A17EF5" w14:textId="77777777" w:rsidR="00285793" w:rsidRDefault="00285793">
            <w:pPr>
              <w:jc w:val="center"/>
            </w:pP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06740" w14:textId="77777777" w:rsidR="00285793" w:rsidRDefault="00285793">
            <w:pPr>
              <w:jc w:val="center"/>
            </w:pP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5F1D1" w14:textId="77777777" w:rsidR="00285793" w:rsidRDefault="00285793">
            <w:pPr>
              <w:jc w:val="center"/>
            </w:pPr>
          </w:p>
        </w:tc>
      </w:tr>
    </w:tbl>
    <w:p w14:paraId="672B2A18" w14:textId="77777777" w:rsidR="00285793" w:rsidRPr="00E918AC" w:rsidRDefault="00BD13DB">
      <w:pPr>
        <w:spacing w:after="20" w:line="240" w:lineRule="auto"/>
        <w:rPr>
          <w:lang w:val="ru-RU"/>
        </w:rPr>
      </w:pPr>
      <w:r w:rsidRPr="00E918AC">
        <w:rPr>
          <w:rFonts w:eastAsia="Times New Roman"/>
          <w:b/>
          <w:color w:val="000000"/>
          <w:sz w:val="18"/>
          <w:lang w:val="ru-RU"/>
        </w:rPr>
        <w:t>Итого: 3</w:t>
      </w:r>
      <w:r w:rsidR="00E918AC">
        <w:rPr>
          <w:rFonts w:eastAsia="Times New Roman"/>
          <w:b/>
          <w:color w:val="000000"/>
          <w:sz w:val="18"/>
          <w:lang w:val="ru-RU"/>
        </w:rPr>
        <w:t>4</w:t>
      </w:r>
      <w:r w:rsidRPr="00E918AC">
        <w:rPr>
          <w:rFonts w:eastAsia="Times New Roman"/>
          <w:b/>
          <w:color w:val="000000"/>
          <w:sz w:val="18"/>
          <w:lang w:val="ru-RU"/>
        </w:rPr>
        <w:t>часов; контрольные работы — 0 часов; практические работы — 0 часов.</w:t>
      </w:r>
    </w:p>
    <w:p w14:paraId="7DFAC4BD" w14:textId="77777777" w:rsidR="00285793" w:rsidRPr="00E918AC" w:rsidRDefault="00BD13DB">
      <w:pPr>
        <w:spacing w:after="0" w:line="240" w:lineRule="auto"/>
        <w:rPr>
          <w:lang w:val="ru-RU"/>
        </w:rPr>
      </w:pPr>
      <w:r w:rsidRPr="00E918AC">
        <w:rPr>
          <w:rFonts w:eastAsia="Times New Roman"/>
          <w:color w:val="000000"/>
          <w:sz w:val="16"/>
          <w:lang w:val="ru-RU"/>
        </w:rPr>
        <w:t>Примечание. Темы 1–32 перенесены из соответствующего раздела тематического планирования рабочей программы. Резервные занятия (3 ч.) предусмотрены для выполнения годового объёма 35 часов; их содержание определяется образовательной организацией с учётом календаря, возраста обучающихся и региональных особенностей.</w:t>
      </w:r>
    </w:p>
    <w:p w14:paraId="185A87B0" w14:textId="77777777" w:rsidR="00285793" w:rsidRPr="00E918AC" w:rsidRDefault="00BD13DB">
      <w:pPr>
        <w:rPr>
          <w:lang w:val="ru-RU"/>
        </w:rPr>
      </w:pPr>
      <w:r w:rsidRPr="00E918AC">
        <w:rPr>
          <w:lang w:val="ru-RU"/>
        </w:rPr>
        <w:br w:type="page"/>
      </w:r>
    </w:p>
    <w:p w14:paraId="64143CAF" w14:textId="77777777" w:rsidR="00285793" w:rsidRPr="00E918AC" w:rsidRDefault="00BD13DB">
      <w:pPr>
        <w:spacing w:after="6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6"/>
          <w:lang w:val="ru-RU"/>
        </w:rPr>
        <w:lastRenderedPageBreak/>
        <w:t>ПОУРОЧНОЕ (КАЛЕНДАРНО-ТЕМАТИЧЕСКОЕ) ПЛАНИРОВАНИЕ</w:t>
      </w:r>
    </w:p>
    <w:p w14:paraId="7768E5EE" w14:textId="77777777" w:rsidR="00285793" w:rsidRPr="00E918AC" w:rsidRDefault="00BD13DB">
      <w:pPr>
        <w:spacing w:after="4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3"/>
          <w:lang w:val="ru-RU"/>
        </w:rPr>
        <w:t>курса внеурочной деятельности «Разговоры о важном»</w:t>
      </w:r>
    </w:p>
    <w:p w14:paraId="0E49CBEF" w14:textId="77777777" w:rsidR="00285793" w:rsidRDefault="00BD13DB">
      <w:pPr>
        <w:spacing w:after="140" w:line="240" w:lineRule="auto"/>
        <w:jc w:val="center"/>
      </w:pPr>
      <w:r>
        <w:rPr>
          <w:rFonts w:eastAsia="Times New Roman"/>
          <w:color w:val="000000"/>
        </w:rPr>
        <w:t xml:space="preserve">6–9 </w:t>
      </w:r>
      <w:proofErr w:type="spellStart"/>
      <w:r>
        <w:rPr>
          <w:rFonts w:eastAsia="Times New Roman"/>
          <w:color w:val="000000"/>
        </w:rPr>
        <w:t>классы</w:t>
      </w:r>
      <w:proofErr w:type="spellEnd"/>
      <w:r>
        <w:rPr>
          <w:rFonts w:eastAsia="Times New Roman"/>
          <w:color w:val="000000"/>
        </w:rPr>
        <w:t xml:space="preserve"> • 2026/2027 </w:t>
      </w:r>
      <w:proofErr w:type="spellStart"/>
      <w:r>
        <w:rPr>
          <w:rFonts w:eastAsia="Times New Roman"/>
          <w:color w:val="000000"/>
        </w:rPr>
        <w:t>учебный</w:t>
      </w:r>
      <w:proofErr w:type="spellEnd"/>
      <w:r>
        <w:rPr>
          <w:rFonts w:eastAsia="Times New Roman"/>
          <w:color w:val="000000"/>
        </w:rPr>
        <w:t xml:space="preserve"> год • 35 часов</w:t>
      </w:r>
    </w:p>
    <w:tbl>
      <w:tblPr>
        <w:tblStyle w:val="aff0"/>
        <w:tblW w:w="14400" w:type="dxa"/>
        <w:tblLayout w:type="fixed"/>
        <w:tblLook w:val="04A0" w:firstRow="1" w:lastRow="0" w:firstColumn="1" w:lastColumn="0" w:noHBand="0" w:noVBand="1"/>
      </w:tblPr>
      <w:tblGrid>
        <w:gridCol w:w="800"/>
        <w:gridCol w:w="5600"/>
        <w:gridCol w:w="1200"/>
        <w:gridCol w:w="1550"/>
        <w:gridCol w:w="1650"/>
        <w:gridCol w:w="3600"/>
      </w:tblGrid>
      <w:tr w:rsidR="00285793" w14:paraId="6F571E67" w14:textId="77777777">
        <w:trPr>
          <w:cantSplit/>
          <w:tblHeader/>
        </w:trPr>
        <w:tc>
          <w:tcPr>
            <w:tcW w:w="8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2135AA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№ п/п</w:t>
            </w:r>
          </w:p>
        </w:tc>
        <w:tc>
          <w:tcPr>
            <w:tcW w:w="5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48A2E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Тема занятия</w:t>
            </w:r>
          </w:p>
        </w:tc>
        <w:tc>
          <w:tcPr>
            <w:tcW w:w="1650" w:type="dxa"/>
            <w:gridSpan w:val="3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5F53C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Количество часов</w:t>
            </w:r>
          </w:p>
        </w:tc>
        <w:tc>
          <w:tcPr>
            <w:tcW w:w="3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9DAF33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Электронные (цифровые) образовательные ресурсы</w:t>
            </w:r>
          </w:p>
        </w:tc>
      </w:tr>
      <w:tr w:rsidR="00285793" w14:paraId="7F45CFE2" w14:textId="77777777">
        <w:trPr>
          <w:cantSplit/>
          <w:tblHeader/>
        </w:trPr>
        <w:tc>
          <w:tcPr>
            <w:tcW w:w="800" w:type="dxa"/>
            <w:vMerge/>
          </w:tcPr>
          <w:p w14:paraId="7C363E50" w14:textId="77777777" w:rsidR="00285793" w:rsidRDefault="00285793"/>
        </w:tc>
        <w:tc>
          <w:tcPr>
            <w:tcW w:w="5600" w:type="dxa"/>
            <w:vMerge/>
          </w:tcPr>
          <w:p w14:paraId="48018EA7" w14:textId="77777777" w:rsidR="00285793" w:rsidRDefault="00285793"/>
        </w:tc>
        <w:tc>
          <w:tcPr>
            <w:tcW w:w="120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CA85CA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Всего</w:t>
            </w:r>
          </w:p>
        </w:tc>
        <w:tc>
          <w:tcPr>
            <w:tcW w:w="15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B9084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Контрольные работы</w:t>
            </w:r>
          </w:p>
        </w:tc>
        <w:tc>
          <w:tcPr>
            <w:tcW w:w="16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3F4CA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Практические работы</w:t>
            </w:r>
          </w:p>
        </w:tc>
        <w:tc>
          <w:tcPr>
            <w:tcW w:w="3600" w:type="dxa"/>
            <w:vMerge/>
          </w:tcPr>
          <w:p w14:paraId="62B2C53E" w14:textId="77777777" w:rsidR="00285793" w:rsidRDefault="00285793"/>
        </w:tc>
      </w:tr>
      <w:tr w:rsidR="00285793" w14:paraId="2CCCDFD1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514A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7093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Николай Иванович Путилов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8563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F9B3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3ACF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000501" w14:textId="77777777" w:rsidR="00285793" w:rsidRDefault="00000000">
            <w:pPr>
              <w:jc w:val="center"/>
            </w:pPr>
            <w:hyperlink r:id="rId7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63D1AA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B3105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86DB61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Рихард Зорге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B092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B131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8C8E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01471" w14:textId="77777777" w:rsidR="00285793" w:rsidRDefault="00000000">
            <w:pPr>
              <w:jc w:val="center"/>
            </w:pPr>
            <w:hyperlink r:id="rId7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919213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540B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01BC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Федор Петрович Гааз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6415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76684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B16F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FC5A17" w14:textId="77777777" w:rsidR="00285793" w:rsidRDefault="00000000">
            <w:pPr>
              <w:jc w:val="center"/>
            </w:pPr>
            <w:hyperlink r:id="rId7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806E898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1AF97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0371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Илья Муромец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D914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AD4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40E9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A10342" w14:textId="77777777" w:rsidR="00285793" w:rsidRDefault="00000000">
            <w:pPr>
              <w:jc w:val="center"/>
            </w:pPr>
            <w:hyperlink r:id="rId7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B51784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16058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F050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Протоиерей Михаил Васильев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1AAF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8F7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89D5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9E3B5" w14:textId="77777777" w:rsidR="00285793" w:rsidRDefault="00000000">
            <w:pPr>
              <w:jc w:val="center"/>
            </w:pPr>
            <w:hyperlink r:id="rId7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7079845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15B9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2C6F6" w14:textId="77777777" w:rsidR="00285793" w:rsidRDefault="00BD13DB">
            <w:r w:rsidRPr="00E918AC">
              <w:rPr>
                <w:rFonts w:eastAsia="Times New Roman"/>
                <w:color w:val="000000"/>
                <w:sz w:val="18"/>
                <w:lang w:val="ru-RU"/>
              </w:rPr>
              <w:t xml:space="preserve">Соцсети. Как защититься от мошенников.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Безопасность</w:t>
            </w:r>
            <w:proofErr w:type="spellEnd"/>
            <w:r>
              <w:rPr>
                <w:rFonts w:eastAsia="Times New Roman"/>
                <w:color w:val="000000"/>
                <w:sz w:val="18"/>
              </w:rPr>
              <w:t xml:space="preserve"> в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сети</w:t>
            </w:r>
            <w:proofErr w:type="spellEnd"/>
            <w:r>
              <w:rPr>
                <w:rFonts w:eastAsia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Интернет</w:t>
            </w:r>
            <w:proofErr w:type="spellEnd"/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7737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509C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5C89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E8315" w14:textId="77777777" w:rsidR="00285793" w:rsidRDefault="00000000">
            <w:pPr>
              <w:jc w:val="center"/>
            </w:pPr>
            <w:hyperlink r:id="rId7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0C00D2A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9482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23679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Семья Расулевых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070C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249F8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08A7E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F1D9D" w14:textId="77777777" w:rsidR="00285793" w:rsidRDefault="00000000">
            <w:pPr>
              <w:jc w:val="center"/>
            </w:pPr>
            <w:hyperlink r:id="rId7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01CD29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5EB4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01FFE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8306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A5FD8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B94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898E18" w14:textId="77777777" w:rsidR="00285793" w:rsidRDefault="00000000">
            <w:pPr>
              <w:jc w:val="center"/>
            </w:pPr>
            <w:hyperlink r:id="rId7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F0F7E36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89BB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B233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Хан Дондук Даши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52179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F8C3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36E2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F69DC6" w14:textId="77777777" w:rsidR="00285793" w:rsidRDefault="00000000">
            <w:pPr>
              <w:jc w:val="center"/>
            </w:pPr>
            <w:hyperlink r:id="rId8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10C47B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69A9D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4ACB6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Петр Степанович Котляревский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2B0A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F427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64D22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DFDC1D" w14:textId="77777777" w:rsidR="00285793" w:rsidRDefault="00000000">
            <w:pPr>
              <w:jc w:val="center"/>
            </w:pPr>
            <w:hyperlink r:id="rId8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57C393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8D33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3C79C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Дарья Севастопольская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2D4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8E6F0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68F7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FB01AE" w14:textId="77777777" w:rsidR="00285793" w:rsidRDefault="00000000">
            <w:pPr>
              <w:jc w:val="center"/>
            </w:pPr>
            <w:hyperlink r:id="rId8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AB547C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AAE37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638A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Павел Михайлович Третьяков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9583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AB44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C3411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4F0C3" w14:textId="77777777" w:rsidR="00285793" w:rsidRDefault="00000000">
            <w:pPr>
              <w:jc w:val="center"/>
            </w:pPr>
            <w:hyperlink r:id="rId8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F8C4673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8F561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67E0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Преподобномученица Елизавета Федоровна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EC6C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CF5D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03DB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9CF5BE" w14:textId="77777777" w:rsidR="00285793" w:rsidRDefault="00000000">
            <w:pPr>
              <w:jc w:val="center"/>
            </w:pPr>
            <w:hyperlink r:id="rId8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4E57292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78E1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93840A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Александр Васильевич Суворов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3D529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563D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3D67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E694C1" w14:textId="77777777" w:rsidR="00285793" w:rsidRDefault="00000000">
            <w:pPr>
              <w:jc w:val="center"/>
            </w:pPr>
            <w:hyperlink r:id="rId8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A089039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94FA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1F3B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8F8DD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41738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FAF17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0F3F9F" w14:textId="77777777" w:rsidR="00285793" w:rsidRDefault="00000000">
            <w:pPr>
              <w:jc w:val="center"/>
            </w:pPr>
            <w:hyperlink r:id="rId8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D820335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91D64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D5B656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0CD9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9C1D9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279D3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64640" w14:textId="77777777" w:rsidR="00285793" w:rsidRDefault="00000000">
            <w:pPr>
              <w:jc w:val="center"/>
            </w:pPr>
            <w:hyperlink r:id="rId8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28AC84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C1C8C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FF01A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Ерофей Павлович Хабаров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AFAA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9F818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9319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2F8EEC" w14:textId="77777777" w:rsidR="00285793" w:rsidRDefault="00000000">
            <w:pPr>
              <w:jc w:val="center"/>
            </w:pPr>
            <w:hyperlink r:id="rId8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52C20A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13B4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B1E0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Владимир I Святославич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7CD93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64D4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E7F8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EE10B" w14:textId="77777777" w:rsidR="00285793" w:rsidRDefault="00000000">
            <w:pPr>
              <w:jc w:val="center"/>
            </w:pPr>
            <w:hyperlink r:id="rId8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F5139E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DE0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8C801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Алексей Петрович Маресьев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DDCF8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FC0A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3F2A4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69F12" w14:textId="77777777" w:rsidR="00285793" w:rsidRDefault="00000000">
            <w:pPr>
              <w:jc w:val="center"/>
            </w:pPr>
            <w:hyperlink r:id="rId9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95412B6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26130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B4C669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Лев Яшин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2CA64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F4B11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398B8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AA9648" w14:textId="77777777" w:rsidR="00285793" w:rsidRDefault="00000000">
            <w:pPr>
              <w:jc w:val="center"/>
            </w:pPr>
            <w:hyperlink r:id="rId9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A56DC0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5E9FB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11F65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День российской науки: люди и открытия, которые изменили мир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BE343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6099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B612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9B6AA3" w14:textId="77777777" w:rsidR="00285793" w:rsidRDefault="00000000">
            <w:pPr>
              <w:jc w:val="center"/>
            </w:pPr>
            <w:hyperlink r:id="rId9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E97E31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32F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lastRenderedPageBreak/>
              <w:t>22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0653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Федор Федорович Ушаков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75C2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7ED7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EE7E4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FF1B1" w14:textId="77777777" w:rsidR="00285793" w:rsidRDefault="00000000">
            <w:pPr>
              <w:jc w:val="center"/>
            </w:pPr>
            <w:hyperlink r:id="rId9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8A6A38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0211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31E4CB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Дмитрий Донской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3022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5A9A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9E9F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30BBEF" w14:textId="77777777" w:rsidR="00285793" w:rsidRDefault="00000000">
            <w:pPr>
              <w:jc w:val="center"/>
            </w:pPr>
            <w:hyperlink r:id="rId9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C1B683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DD4F5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A4EEC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Святая равноапостольная княгиня Ольга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266B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A353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78F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F73E3C" w14:textId="77777777" w:rsidR="00285793" w:rsidRDefault="00000000">
            <w:pPr>
              <w:jc w:val="center"/>
            </w:pPr>
            <w:hyperlink r:id="rId9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E3666F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7955A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7BB71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Святитель Лука Вой-но-Ясенецкий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3E946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EF4C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232B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072F1" w14:textId="77777777" w:rsidR="00285793" w:rsidRDefault="00000000">
            <w:pPr>
              <w:jc w:val="center"/>
            </w:pPr>
            <w:hyperlink r:id="rId9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4FC02EC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7C16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4744D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E718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E74EA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0E5A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75671" w14:textId="77777777" w:rsidR="00285793" w:rsidRDefault="00000000">
            <w:pPr>
              <w:jc w:val="center"/>
            </w:pPr>
            <w:hyperlink r:id="rId9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47E4D2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8D15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45DB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Сергей Павлович Королёв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9AE35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F144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89EC0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12C53" w14:textId="77777777" w:rsidR="00285793" w:rsidRDefault="00000000">
            <w:pPr>
              <w:jc w:val="center"/>
            </w:pPr>
            <w:hyperlink r:id="rId9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392ABAC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3E68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FBCF6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Юрий Алексеевич Гагарин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0DCC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23C4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3F009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05FB9E" w14:textId="77777777" w:rsidR="00285793" w:rsidRDefault="00000000">
            <w:pPr>
              <w:jc w:val="center"/>
            </w:pPr>
            <w:hyperlink r:id="rId9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713B541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0C61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B5930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9463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F7027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269DA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B8E6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4657C882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D475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7C94D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0254E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F27A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0614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071B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2F08A12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3F83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456F42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C9E95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0917C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E1289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DF353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094A58D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1BDEE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481BE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226E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A127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73A78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E3A9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0E30D74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F33E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B7122B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40A8A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92EEE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2E9E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343DB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51FC199E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E5B1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B9349B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4017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58227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E338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7B79C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37C40F9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F9711" w14:textId="77777777" w:rsidR="00285793" w:rsidRDefault="00285793">
            <w:pPr>
              <w:jc w:val="center"/>
            </w:pP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34AC2" w14:textId="77777777" w:rsidR="00285793" w:rsidRPr="00E918AC" w:rsidRDefault="00285793">
            <w:pPr>
              <w:rPr>
                <w:lang w:val="ru-RU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57B751" w14:textId="77777777" w:rsidR="00285793" w:rsidRDefault="00285793">
            <w:pPr>
              <w:jc w:val="center"/>
            </w:pP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2052CD" w14:textId="77777777" w:rsidR="00285793" w:rsidRDefault="00285793">
            <w:pPr>
              <w:jc w:val="center"/>
            </w:pP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55B09" w14:textId="77777777" w:rsidR="00285793" w:rsidRDefault="00285793">
            <w:pPr>
              <w:jc w:val="center"/>
            </w:pP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25CF0" w14:textId="77777777" w:rsidR="00285793" w:rsidRDefault="00285793">
            <w:pPr>
              <w:jc w:val="center"/>
            </w:pPr>
          </w:p>
        </w:tc>
      </w:tr>
    </w:tbl>
    <w:p w14:paraId="77981595" w14:textId="77777777" w:rsidR="00285793" w:rsidRPr="00E918AC" w:rsidRDefault="00BD13DB">
      <w:pPr>
        <w:spacing w:after="20" w:line="240" w:lineRule="auto"/>
        <w:rPr>
          <w:lang w:val="ru-RU"/>
        </w:rPr>
      </w:pPr>
      <w:r w:rsidRPr="00E918AC">
        <w:rPr>
          <w:rFonts w:eastAsia="Times New Roman"/>
          <w:b/>
          <w:color w:val="000000"/>
          <w:sz w:val="18"/>
          <w:lang w:val="ru-RU"/>
        </w:rPr>
        <w:t>Итого: 3</w:t>
      </w:r>
      <w:r w:rsidR="00E918AC">
        <w:rPr>
          <w:rFonts w:eastAsia="Times New Roman"/>
          <w:b/>
          <w:color w:val="000000"/>
          <w:sz w:val="18"/>
          <w:lang w:val="ru-RU"/>
        </w:rPr>
        <w:t>4</w:t>
      </w:r>
      <w:r w:rsidRPr="00E918AC">
        <w:rPr>
          <w:rFonts w:eastAsia="Times New Roman"/>
          <w:b/>
          <w:color w:val="000000"/>
          <w:sz w:val="18"/>
          <w:lang w:val="ru-RU"/>
        </w:rPr>
        <w:t xml:space="preserve"> часов; контрольные работы — 0 часов; практические работы — 0 часов.</w:t>
      </w:r>
    </w:p>
    <w:p w14:paraId="2080F8A1" w14:textId="77777777" w:rsidR="00285793" w:rsidRPr="00E918AC" w:rsidRDefault="00BD13DB">
      <w:pPr>
        <w:spacing w:after="0" w:line="240" w:lineRule="auto"/>
        <w:rPr>
          <w:lang w:val="ru-RU"/>
        </w:rPr>
      </w:pPr>
      <w:r w:rsidRPr="00E918AC">
        <w:rPr>
          <w:rFonts w:eastAsia="Times New Roman"/>
          <w:color w:val="000000"/>
          <w:sz w:val="16"/>
          <w:lang w:val="ru-RU"/>
        </w:rPr>
        <w:t>Примечание. Темы 1–28 перенесены из соответствующего раздела тематического планирования рабочей программы. Резервные занятия (7 ч.) предусмотрены для выполнения годового объёма 35 часов; их содержание определяется образовательной организацией с учётом календаря, возраста обучающихся и региональных особенностей.</w:t>
      </w:r>
    </w:p>
    <w:p w14:paraId="0ECF09F0" w14:textId="77777777" w:rsidR="00285793" w:rsidRPr="00E918AC" w:rsidRDefault="00BD13DB">
      <w:pPr>
        <w:rPr>
          <w:lang w:val="ru-RU"/>
        </w:rPr>
      </w:pPr>
      <w:r w:rsidRPr="00E918AC">
        <w:rPr>
          <w:lang w:val="ru-RU"/>
        </w:rPr>
        <w:br w:type="page"/>
      </w:r>
    </w:p>
    <w:p w14:paraId="37BD00AC" w14:textId="77777777" w:rsidR="00285793" w:rsidRPr="00E918AC" w:rsidRDefault="00BD13DB">
      <w:pPr>
        <w:spacing w:after="6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6"/>
          <w:lang w:val="ru-RU"/>
        </w:rPr>
        <w:lastRenderedPageBreak/>
        <w:t>ПОУРОЧНОЕ (КАЛЕНДАРНО-ТЕМАТИЧЕСКОЕ) ПЛАНИРОВАНИЕ</w:t>
      </w:r>
    </w:p>
    <w:p w14:paraId="68CFA112" w14:textId="77777777" w:rsidR="00285793" w:rsidRPr="00E918AC" w:rsidRDefault="00BD13DB">
      <w:pPr>
        <w:spacing w:after="40" w:line="240" w:lineRule="auto"/>
        <w:jc w:val="center"/>
        <w:rPr>
          <w:lang w:val="ru-RU"/>
        </w:rPr>
      </w:pPr>
      <w:r w:rsidRPr="00E918AC">
        <w:rPr>
          <w:rFonts w:eastAsia="Times New Roman"/>
          <w:b/>
          <w:color w:val="000000"/>
          <w:sz w:val="23"/>
          <w:lang w:val="ru-RU"/>
        </w:rPr>
        <w:t>курса внеурочной деятельности «Разговоры о важном»</w:t>
      </w:r>
    </w:p>
    <w:p w14:paraId="00632089" w14:textId="77777777" w:rsidR="00285793" w:rsidRDefault="00BD13DB">
      <w:pPr>
        <w:spacing w:after="140" w:line="240" w:lineRule="auto"/>
        <w:jc w:val="center"/>
      </w:pPr>
      <w:r>
        <w:rPr>
          <w:rFonts w:eastAsia="Times New Roman"/>
          <w:color w:val="000000"/>
        </w:rPr>
        <w:t xml:space="preserve">10–11 </w:t>
      </w:r>
      <w:proofErr w:type="spellStart"/>
      <w:r>
        <w:rPr>
          <w:rFonts w:eastAsia="Times New Roman"/>
          <w:color w:val="000000"/>
        </w:rPr>
        <w:t>классы</w:t>
      </w:r>
      <w:proofErr w:type="spellEnd"/>
      <w:r>
        <w:rPr>
          <w:rFonts w:eastAsia="Times New Roman"/>
          <w:color w:val="000000"/>
        </w:rPr>
        <w:t xml:space="preserve"> • 2026/2027 </w:t>
      </w:r>
      <w:proofErr w:type="spellStart"/>
      <w:r>
        <w:rPr>
          <w:rFonts w:eastAsia="Times New Roman"/>
          <w:color w:val="000000"/>
        </w:rPr>
        <w:t>учебный</w:t>
      </w:r>
      <w:proofErr w:type="spellEnd"/>
      <w:r>
        <w:rPr>
          <w:rFonts w:eastAsia="Times New Roman"/>
          <w:color w:val="000000"/>
        </w:rPr>
        <w:t xml:space="preserve"> год • 35 часов</w:t>
      </w:r>
    </w:p>
    <w:tbl>
      <w:tblPr>
        <w:tblStyle w:val="aff0"/>
        <w:tblW w:w="14400" w:type="dxa"/>
        <w:tblLayout w:type="fixed"/>
        <w:tblLook w:val="04A0" w:firstRow="1" w:lastRow="0" w:firstColumn="1" w:lastColumn="0" w:noHBand="0" w:noVBand="1"/>
      </w:tblPr>
      <w:tblGrid>
        <w:gridCol w:w="800"/>
        <w:gridCol w:w="5600"/>
        <w:gridCol w:w="1200"/>
        <w:gridCol w:w="1550"/>
        <w:gridCol w:w="1650"/>
        <w:gridCol w:w="3600"/>
      </w:tblGrid>
      <w:tr w:rsidR="00285793" w14:paraId="0D1B0CE8" w14:textId="77777777">
        <w:trPr>
          <w:cantSplit/>
          <w:tblHeader/>
        </w:trPr>
        <w:tc>
          <w:tcPr>
            <w:tcW w:w="8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3D7F2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№ п/п</w:t>
            </w:r>
          </w:p>
        </w:tc>
        <w:tc>
          <w:tcPr>
            <w:tcW w:w="5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05740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Тема занятия</w:t>
            </w:r>
          </w:p>
        </w:tc>
        <w:tc>
          <w:tcPr>
            <w:tcW w:w="1650" w:type="dxa"/>
            <w:gridSpan w:val="3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800F88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Количество часов</w:t>
            </w:r>
          </w:p>
        </w:tc>
        <w:tc>
          <w:tcPr>
            <w:tcW w:w="3600" w:type="dxa"/>
            <w:vMerge w:val="restart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0DA14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Электронные (цифровые) образовательные ресурсы</w:t>
            </w:r>
          </w:p>
        </w:tc>
      </w:tr>
      <w:tr w:rsidR="00285793" w14:paraId="1DD40BAB" w14:textId="77777777">
        <w:trPr>
          <w:cantSplit/>
          <w:tblHeader/>
        </w:trPr>
        <w:tc>
          <w:tcPr>
            <w:tcW w:w="800" w:type="dxa"/>
            <w:vMerge/>
          </w:tcPr>
          <w:p w14:paraId="61CAD960" w14:textId="77777777" w:rsidR="00285793" w:rsidRDefault="00285793"/>
        </w:tc>
        <w:tc>
          <w:tcPr>
            <w:tcW w:w="5600" w:type="dxa"/>
            <w:vMerge/>
          </w:tcPr>
          <w:p w14:paraId="3E022173" w14:textId="77777777" w:rsidR="00285793" w:rsidRDefault="00285793"/>
        </w:tc>
        <w:tc>
          <w:tcPr>
            <w:tcW w:w="120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A0FFE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Всего</w:t>
            </w:r>
          </w:p>
        </w:tc>
        <w:tc>
          <w:tcPr>
            <w:tcW w:w="15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46D99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Контрольные работы</w:t>
            </w:r>
          </w:p>
        </w:tc>
        <w:tc>
          <w:tcPr>
            <w:tcW w:w="165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D56D5" w14:textId="77777777" w:rsidR="00285793" w:rsidRDefault="00BD13DB">
            <w:pPr>
              <w:jc w:val="center"/>
            </w:pPr>
            <w:r>
              <w:rPr>
                <w:rFonts w:eastAsia="Times New Roman"/>
                <w:b/>
                <w:color w:val="FFFFFF"/>
                <w:sz w:val="17"/>
              </w:rPr>
              <w:t>Практические работы</w:t>
            </w:r>
          </w:p>
        </w:tc>
        <w:tc>
          <w:tcPr>
            <w:tcW w:w="3600" w:type="dxa"/>
            <w:vMerge/>
          </w:tcPr>
          <w:p w14:paraId="3F78F176" w14:textId="77777777" w:rsidR="00285793" w:rsidRDefault="00285793"/>
        </w:tc>
      </w:tr>
      <w:tr w:rsidR="00285793" w14:paraId="52F523ED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063C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FCBA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Николай Иванович Путилов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4150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7FE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A5DF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A4F26E" w14:textId="77777777" w:rsidR="00285793" w:rsidRDefault="00000000">
            <w:pPr>
              <w:jc w:val="center"/>
            </w:pPr>
            <w:hyperlink r:id="rId10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49561AA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01D4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F29F7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Рихард Зорге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99E36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5341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9B479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75144" w14:textId="77777777" w:rsidR="00285793" w:rsidRDefault="00000000">
            <w:pPr>
              <w:jc w:val="center"/>
            </w:pPr>
            <w:hyperlink r:id="rId10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4BB630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D086E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53FF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Федор Петрович Гааз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2AE1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DE2C6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B640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1877DE" w14:textId="77777777" w:rsidR="00285793" w:rsidRDefault="00000000">
            <w:pPr>
              <w:jc w:val="center"/>
            </w:pPr>
            <w:hyperlink r:id="rId10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E32E0E6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1F1A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0A12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Илья Муромец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A26CC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4809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36CAD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10A913" w14:textId="77777777" w:rsidR="00285793" w:rsidRDefault="00000000">
            <w:pPr>
              <w:jc w:val="center"/>
            </w:pPr>
            <w:hyperlink r:id="rId10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4A80E05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A845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4AF16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Протоиерей Михаил Васильев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DCD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050B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5286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B48E3" w14:textId="77777777" w:rsidR="00285793" w:rsidRDefault="00000000">
            <w:pPr>
              <w:jc w:val="center"/>
            </w:pPr>
            <w:hyperlink r:id="rId10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D00714F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EC2A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EFB0EF" w14:textId="77777777" w:rsidR="00285793" w:rsidRDefault="00BD13DB">
            <w:r w:rsidRPr="00E918AC">
              <w:rPr>
                <w:rFonts w:eastAsia="Times New Roman"/>
                <w:color w:val="000000"/>
                <w:sz w:val="18"/>
                <w:lang w:val="ru-RU"/>
              </w:rPr>
              <w:t xml:space="preserve">Соцсети. Как защититься от мошенников.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Безопасность</w:t>
            </w:r>
            <w:proofErr w:type="spellEnd"/>
            <w:r>
              <w:rPr>
                <w:rFonts w:eastAsia="Times New Roman"/>
                <w:color w:val="000000"/>
                <w:sz w:val="18"/>
              </w:rPr>
              <w:t xml:space="preserve"> в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сети</w:t>
            </w:r>
            <w:proofErr w:type="spellEnd"/>
            <w:r>
              <w:rPr>
                <w:rFonts w:eastAsia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8"/>
              </w:rPr>
              <w:t>Интернет</w:t>
            </w:r>
            <w:proofErr w:type="spellEnd"/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36FF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AC72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46B8A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277D59" w14:textId="77777777" w:rsidR="00285793" w:rsidRDefault="00000000">
            <w:pPr>
              <w:jc w:val="center"/>
            </w:pPr>
            <w:hyperlink r:id="rId10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07A7CBD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07C37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23EBD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Семья Расулевых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8DAD5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F531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3A8E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541A1C" w14:textId="77777777" w:rsidR="00285793" w:rsidRDefault="00000000">
            <w:pPr>
              <w:jc w:val="center"/>
            </w:pPr>
            <w:hyperlink r:id="rId10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154F4F6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02CF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9AC17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BB63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3A16E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C605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5A03EA" w14:textId="77777777" w:rsidR="00285793" w:rsidRDefault="00000000">
            <w:pPr>
              <w:jc w:val="center"/>
            </w:pPr>
            <w:hyperlink r:id="rId10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0731C70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649B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88100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Хан Дондук Даши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DCE9F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086C6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312F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C6BDF" w14:textId="77777777" w:rsidR="00285793" w:rsidRDefault="00000000">
            <w:pPr>
              <w:jc w:val="center"/>
            </w:pPr>
            <w:hyperlink r:id="rId10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B6284E8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6A0A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1EB1DD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Петр Степанович Котляревский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A3AC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E002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E85E1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6E593F" w14:textId="77777777" w:rsidR="00285793" w:rsidRDefault="00000000">
            <w:pPr>
              <w:jc w:val="center"/>
            </w:pPr>
            <w:hyperlink r:id="rId10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765DB31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91628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E330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Дарья Севастопольская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981A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F5D7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0DBB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D90A1C" w14:textId="77777777" w:rsidR="00285793" w:rsidRDefault="00000000">
            <w:pPr>
              <w:jc w:val="center"/>
            </w:pPr>
            <w:hyperlink r:id="rId11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7690319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96CCE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0900B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Павел Михайлович Третьяков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E2B7B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E800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73891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F997E" w14:textId="77777777" w:rsidR="00285793" w:rsidRDefault="00000000">
            <w:pPr>
              <w:jc w:val="center"/>
            </w:pPr>
            <w:hyperlink r:id="rId11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CCD971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CB5E4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EB8268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Преподобномученица Елизавета Федоровна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6C2B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8FF1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7FAF1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6CB7A1" w14:textId="77777777" w:rsidR="00285793" w:rsidRDefault="00000000">
            <w:pPr>
              <w:jc w:val="center"/>
            </w:pPr>
            <w:hyperlink r:id="rId11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EC6DDED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2B4F0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82FC4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Александр Васильевич Суворов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4457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9F01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CD15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6C8EC" w14:textId="77777777" w:rsidR="00285793" w:rsidRDefault="00000000">
            <w:pPr>
              <w:jc w:val="center"/>
            </w:pPr>
            <w:hyperlink r:id="rId11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706DC86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C9EE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984B3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548D1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5587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F8E0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C91A68" w14:textId="77777777" w:rsidR="00285793" w:rsidRDefault="00000000">
            <w:pPr>
              <w:jc w:val="center"/>
            </w:pPr>
            <w:hyperlink r:id="rId11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A17A90C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46EB3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BAF526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B8DF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3254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A3D7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48678" w14:textId="77777777" w:rsidR="00285793" w:rsidRDefault="00000000">
            <w:pPr>
              <w:jc w:val="center"/>
            </w:pPr>
            <w:hyperlink r:id="rId11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64BE1D9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D0A2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3B3703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Ерофей Павлович Хабаров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BA347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7AE8C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0315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0DE45" w14:textId="77777777" w:rsidR="00285793" w:rsidRDefault="00000000">
            <w:pPr>
              <w:jc w:val="center"/>
            </w:pPr>
            <w:hyperlink r:id="rId11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70BDC95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4011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49F512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Владимир I Святославич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B6BC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73CDD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CDC0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816BA8" w14:textId="77777777" w:rsidR="00285793" w:rsidRDefault="00000000">
            <w:pPr>
              <w:jc w:val="center"/>
            </w:pPr>
            <w:hyperlink r:id="rId11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B62EE9A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19FDB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276186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Алексей Петрович Маресьев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D517E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0240E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F89F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BE814" w14:textId="77777777" w:rsidR="00285793" w:rsidRDefault="00000000">
            <w:pPr>
              <w:jc w:val="center"/>
            </w:pPr>
            <w:hyperlink r:id="rId11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0183F374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6871A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CAFC4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Лев Яшин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4FD07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D2C0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8F480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CC4BC7" w14:textId="77777777" w:rsidR="00285793" w:rsidRDefault="00000000">
            <w:pPr>
              <w:jc w:val="center"/>
            </w:pPr>
            <w:hyperlink r:id="rId11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44466D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F5AA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E62E6F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День российской науки: люди и открытия, которые изменили мир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90353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721A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B1E75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5DEE3" w14:textId="77777777" w:rsidR="00285793" w:rsidRDefault="00000000">
            <w:pPr>
              <w:jc w:val="center"/>
            </w:pPr>
            <w:hyperlink r:id="rId12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252A30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2AC8D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lastRenderedPageBreak/>
              <w:t>22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77515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Федор Федорович Ушаков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3A17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55145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B02F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AE5729" w14:textId="77777777" w:rsidR="00285793" w:rsidRDefault="00000000">
            <w:pPr>
              <w:jc w:val="center"/>
            </w:pPr>
            <w:hyperlink r:id="rId12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C05FA2F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4502E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E57EE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Дмитрий Донской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FF56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06C6F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AC08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8BEA0" w14:textId="77777777" w:rsidR="00285793" w:rsidRDefault="00000000">
            <w:pPr>
              <w:jc w:val="center"/>
            </w:pPr>
            <w:hyperlink r:id="rId122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31E3CCF6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BB2D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E9C7A9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Святая равноапостольная княгиня Ольга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9D968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A3B34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23BA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587094" w14:textId="77777777" w:rsidR="00285793" w:rsidRDefault="00000000">
            <w:pPr>
              <w:jc w:val="center"/>
            </w:pPr>
            <w:hyperlink r:id="rId123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683A9534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3AC22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25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60769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Святитель Лука Вой-но-Ясенецкий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C7336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C556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53FD7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ED266" w14:textId="77777777" w:rsidR="00285793" w:rsidRDefault="00000000">
            <w:pPr>
              <w:jc w:val="center"/>
            </w:pPr>
            <w:hyperlink r:id="rId124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7DBEFFA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7AD95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26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186B9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CA3B0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48456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A640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FCD09D" w14:textId="77777777" w:rsidR="00285793" w:rsidRDefault="00000000">
            <w:pPr>
              <w:jc w:val="center"/>
            </w:pPr>
            <w:hyperlink r:id="rId125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57DA5E98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92149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27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D161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Сергей Павлович Королёв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42D8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3FD26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53519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D6C23" w14:textId="77777777" w:rsidR="00285793" w:rsidRDefault="00000000">
            <w:pPr>
              <w:jc w:val="center"/>
            </w:pPr>
            <w:hyperlink r:id="rId126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4C64A1F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BCBE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28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B33B8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Юрий Алексеевич Гагарин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7BCD9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8C13F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E5F3D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78F04" w14:textId="77777777" w:rsidR="00285793" w:rsidRDefault="00000000">
            <w:pPr>
              <w:jc w:val="center"/>
            </w:pPr>
            <w:hyperlink r:id="rId127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141BB8C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164D8C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29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9B5E0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Братья Бельские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306D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9AC2F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F779D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CCBB7F" w14:textId="77777777" w:rsidR="00285793" w:rsidRDefault="00000000">
            <w:pPr>
              <w:jc w:val="center"/>
            </w:pPr>
            <w:hyperlink r:id="rId128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5F11F47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C4BD7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30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A5E66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Юрий Борисович Левитан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860691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B6C523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5AF1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B34B0" w14:textId="77777777" w:rsidR="00285793" w:rsidRDefault="00000000">
            <w:pPr>
              <w:jc w:val="center"/>
            </w:pPr>
            <w:hyperlink r:id="rId129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2EA18A32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49AA6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31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A1EEF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Александр Сергеевич Пушкин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18C8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9828B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1E45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92A3C4" w14:textId="77777777" w:rsidR="00285793" w:rsidRDefault="00000000">
            <w:pPr>
              <w:jc w:val="center"/>
            </w:pPr>
            <w:hyperlink r:id="rId130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1BA08179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3F5A8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32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1005A" w14:textId="77777777" w:rsidR="00285793" w:rsidRDefault="00BD13DB">
            <w:r>
              <w:rPr>
                <w:rFonts w:eastAsia="Times New Roman"/>
                <w:color w:val="000000"/>
                <w:sz w:val="18"/>
              </w:rPr>
              <w:t>Ценности, которые нас объединяют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75A9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5AD075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BF98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A0DF3A" w14:textId="77777777" w:rsidR="00285793" w:rsidRDefault="00000000">
            <w:pPr>
              <w:jc w:val="center"/>
            </w:pPr>
            <w:hyperlink r:id="rId131">
              <w:r w:rsidR="00BD13DB">
                <w:rPr>
                  <w:color w:val="1F4E79"/>
                  <w:sz w:val="18"/>
                  <w:u w:val="single"/>
                </w:rPr>
                <w:t>Официальные материалы курса</w:t>
              </w:r>
            </w:hyperlink>
          </w:p>
        </w:tc>
      </w:tr>
      <w:tr w:rsidR="00285793" w14:paraId="4D29BEEE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93CAC8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33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753F6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D0792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8219E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E590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9547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263FED13" w14:textId="77777777">
        <w:trPr>
          <w:cantSplit/>
        </w:trPr>
        <w:tc>
          <w:tcPr>
            <w:tcW w:w="8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E93A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34</w:t>
            </w:r>
          </w:p>
        </w:tc>
        <w:tc>
          <w:tcPr>
            <w:tcW w:w="5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C3CD7A" w14:textId="77777777" w:rsidR="00285793" w:rsidRPr="00E918AC" w:rsidRDefault="00BD13DB">
            <w:pPr>
              <w:rPr>
                <w:lang w:val="ru-RU"/>
              </w:rPr>
            </w:pPr>
            <w:r w:rsidRPr="00E918AC">
              <w:rPr>
                <w:rFonts w:eastAsia="Times New Roman"/>
                <w:color w:val="000000"/>
                <w:sz w:val="18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12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AEB0AA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1</w:t>
            </w:r>
          </w:p>
        </w:tc>
        <w:tc>
          <w:tcPr>
            <w:tcW w:w="15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C4074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165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15BB0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8"/>
              </w:rPr>
              <w:t>0</w:t>
            </w:r>
          </w:p>
        </w:tc>
        <w:tc>
          <w:tcPr>
            <w:tcW w:w="360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73599" w14:textId="77777777" w:rsidR="00285793" w:rsidRDefault="00BD13DB">
            <w:pPr>
              <w:jc w:val="center"/>
            </w:pPr>
            <w:r>
              <w:rPr>
                <w:rFonts w:eastAsia="Times New Roman"/>
                <w:color w:val="000000"/>
                <w:sz w:val="17"/>
              </w:rPr>
              <w:t>Определяется образовательной организацией</w:t>
            </w:r>
          </w:p>
        </w:tc>
      </w:tr>
      <w:tr w:rsidR="00285793" w14:paraId="3C70A555" w14:textId="77777777">
        <w:trPr>
          <w:cantSplit/>
        </w:trPr>
        <w:tc>
          <w:tcPr>
            <w:tcW w:w="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6B81B" w14:textId="77777777" w:rsidR="00285793" w:rsidRPr="00E918AC" w:rsidRDefault="00285793">
            <w:pPr>
              <w:jc w:val="center"/>
              <w:rPr>
                <w:lang w:val="ru-RU"/>
              </w:rPr>
            </w:pP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81EB94" w14:textId="77777777" w:rsidR="00285793" w:rsidRPr="00E918AC" w:rsidRDefault="00285793">
            <w:pPr>
              <w:rPr>
                <w:lang w:val="ru-RU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76BB3" w14:textId="77777777" w:rsidR="00285793" w:rsidRDefault="00285793">
            <w:pPr>
              <w:jc w:val="center"/>
            </w:pP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B9131" w14:textId="77777777" w:rsidR="00285793" w:rsidRDefault="00285793">
            <w:pPr>
              <w:jc w:val="center"/>
            </w:pPr>
          </w:p>
        </w:tc>
        <w:tc>
          <w:tcPr>
            <w:tcW w:w="16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6DAC24" w14:textId="77777777" w:rsidR="00285793" w:rsidRDefault="00285793">
            <w:pPr>
              <w:jc w:val="center"/>
            </w:pPr>
          </w:p>
        </w:tc>
        <w:tc>
          <w:tcPr>
            <w:tcW w:w="3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1A26A" w14:textId="77777777" w:rsidR="00285793" w:rsidRDefault="00285793">
            <w:pPr>
              <w:jc w:val="center"/>
            </w:pPr>
          </w:p>
        </w:tc>
      </w:tr>
    </w:tbl>
    <w:p w14:paraId="48838C23" w14:textId="77777777" w:rsidR="00285793" w:rsidRPr="00E918AC" w:rsidRDefault="00BD13DB">
      <w:pPr>
        <w:spacing w:after="20" w:line="240" w:lineRule="auto"/>
        <w:rPr>
          <w:lang w:val="ru-RU"/>
        </w:rPr>
      </w:pPr>
      <w:r w:rsidRPr="00E918AC">
        <w:rPr>
          <w:rFonts w:eastAsia="Times New Roman"/>
          <w:b/>
          <w:color w:val="000000"/>
          <w:sz w:val="18"/>
          <w:lang w:val="ru-RU"/>
        </w:rPr>
        <w:t>Итого: 3</w:t>
      </w:r>
      <w:r w:rsidR="00E918AC">
        <w:rPr>
          <w:rFonts w:eastAsia="Times New Roman"/>
          <w:b/>
          <w:color w:val="000000"/>
          <w:sz w:val="18"/>
          <w:lang w:val="ru-RU"/>
        </w:rPr>
        <w:t>4</w:t>
      </w:r>
      <w:r w:rsidRPr="00E918AC">
        <w:rPr>
          <w:rFonts w:eastAsia="Times New Roman"/>
          <w:b/>
          <w:color w:val="000000"/>
          <w:sz w:val="18"/>
          <w:lang w:val="ru-RU"/>
        </w:rPr>
        <w:t xml:space="preserve"> часов; контрольные работы — 0 часов; практические работы — 0 часов.</w:t>
      </w:r>
    </w:p>
    <w:p w14:paraId="24CF5BE5" w14:textId="7E80CA02" w:rsidR="00285793" w:rsidRPr="004A6232" w:rsidRDefault="00BD13DB" w:rsidP="004A6232">
      <w:pPr>
        <w:rPr>
          <w:color w:val="000000"/>
          <w:sz w:val="16"/>
          <w:szCs w:val="16"/>
          <w:shd w:val="clear" w:color="auto" w:fill="FFFFFF"/>
          <w:lang w:val="ru-RU"/>
        </w:rPr>
      </w:pPr>
      <w:r w:rsidRPr="00E918AC">
        <w:rPr>
          <w:rFonts w:eastAsia="Times New Roman"/>
          <w:color w:val="000000"/>
          <w:sz w:val="16"/>
          <w:lang w:val="ru-RU"/>
        </w:rPr>
        <w:t>Примечание. Темы 1–32 перенесены из соответствующего раздела тематического планирования рабочей программы. Резервные занятия (3 ч.) предусмотрены для выполнения годового объёма 35 часов; их содержание определяется образовательной организацией с учётом календаря, возраста обучающихся и региональных особенностей.</w:t>
      </w:r>
      <w:r w:rsidR="00E918AC">
        <w:rPr>
          <w:rFonts w:eastAsia="Times New Roman"/>
          <w:color w:val="000000"/>
          <w:sz w:val="16"/>
          <w:lang w:val="ru-RU"/>
        </w:rPr>
        <w:br/>
      </w:r>
    </w:p>
    <w:sectPr w:rsidR="00285793" w:rsidRPr="004A6232" w:rsidSect="00034616">
      <w:footerReference w:type="default" r:id="rId132"/>
      <w:pgSz w:w="16838" w:h="11906" w:orient="landscape"/>
      <w:pgMar w:top="850" w:right="850" w:bottom="85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1BECB" w14:textId="77777777" w:rsidR="00F348C1" w:rsidRDefault="00F348C1">
      <w:pPr>
        <w:spacing w:after="0" w:line="240" w:lineRule="auto"/>
      </w:pPr>
      <w:r>
        <w:separator/>
      </w:r>
    </w:p>
  </w:endnote>
  <w:endnote w:type="continuationSeparator" w:id="0">
    <w:p w14:paraId="513D1D70" w14:textId="77777777" w:rsidR="00F348C1" w:rsidRDefault="00F3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49BB" w14:textId="77777777" w:rsidR="00285793" w:rsidRDefault="00BD13DB">
    <w:pPr>
      <w:pStyle w:val="a7"/>
      <w:jc w:val="center"/>
    </w:pPr>
    <w:r>
      <w:rPr>
        <w:rFonts w:eastAsia="Times New Roman"/>
        <w:color w:val="000000"/>
        <w:sz w:val="18"/>
      </w:rPr>
      <w:fldChar w:fldCharType="begin"/>
    </w:r>
    <w:r>
      <w:rPr>
        <w:rFonts w:eastAsia="Times New Roman"/>
        <w:color w:val="000000"/>
        <w:sz w:val="18"/>
      </w:rPr>
      <w:instrText xml:space="preserve"> PAGE </w:instrText>
    </w:r>
    <w:r>
      <w:rPr>
        <w:rFonts w:eastAsia="Times New Roman"/>
        <w:color w:val="000000"/>
        <w:sz w:val="18"/>
      </w:rPr>
      <w:fldChar w:fldCharType="separate"/>
    </w:r>
    <w:r w:rsidR="00E918AC">
      <w:rPr>
        <w:rFonts w:eastAsia="Times New Roman"/>
        <w:noProof/>
        <w:color w:val="000000"/>
        <w:sz w:val="18"/>
      </w:rPr>
      <w:t>1</w:t>
    </w:r>
    <w:r>
      <w:rPr>
        <w:rFonts w:eastAsia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243C" w14:textId="77777777" w:rsidR="00F348C1" w:rsidRDefault="00F348C1">
      <w:pPr>
        <w:spacing w:after="0" w:line="240" w:lineRule="auto"/>
      </w:pPr>
      <w:r>
        <w:separator/>
      </w:r>
    </w:p>
  </w:footnote>
  <w:footnote w:type="continuationSeparator" w:id="0">
    <w:p w14:paraId="69FCFD3D" w14:textId="77777777" w:rsidR="00F348C1" w:rsidRDefault="00F34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317268">
    <w:abstractNumId w:val="8"/>
  </w:num>
  <w:num w:numId="2" w16cid:durableId="1378435019">
    <w:abstractNumId w:val="6"/>
  </w:num>
  <w:num w:numId="3" w16cid:durableId="1607081756">
    <w:abstractNumId w:val="5"/>
  </w:num>
  <w:num w:numId="4" w16cid:durableId="1898973812">
    <w:abstractNumId w:val="4"/>
  </w:num>
  <w:num w:numId="5" w16cid:durableId="1762070751">
    <w:abstractNumId w:val="7"/>
  </w:num>
  <w:num w:numId="6" w16cid:durableId="1108816113">
    <w:abstractNumId w:val="3"/>
  </w:num>
  <w:num w:numId="7" w16cid:durableId="2048676253">
    <w:abstractNumId w:val="2"/>
  </w:num>
  <w:num w:numId="8" w16cid:durableId="830102252">
    <w:abstractNumId w:val="1"/>
  </w:num>
  <w:num w:numId="9" w16cid:durableId="1957172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5793"/>
    <w:rsid w:val="0029639D"/>
    <w:rsid w:val="00326F90"/>
    <w:rsid w:val="003B00B1"/>
    <w:rsid w:val="004A6232"/>
    <w:rsid w:val="00AA1D8D"/>
    <w:rsid w:val="00B47730"/>
    <w:rsid w:val="00BD13DB"/>
    <w:rsid w:val="00CB0664"/>
    <w:rsid w:val="00E918AC"/>
    <w:rsid w:val="00F348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625DD"/>
  <w14:defaultImageDpi w14:val="300"/>
  <w15:docId w15:val="{5C84A0B0-7C2B-40B4-B056-2119F835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918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88;&#1072;&#1079;&#1075;&#1086;&#1074;&#1086;&#1088;&#1099;&#1086;&#1074;&#1072;&#1078;&#1085;&#1086;&#1084;.&#1088;&#1092;/" TargetMode="External"/><Relationship Id="rId21" Type="http://schemas.openxmlformats.org/officeDocument/2006/relationships/hyperlink" Target="https://&#1088;&#1072;&#1079;&#1075;&#1086;&#1074;&#1086;&#1088;&#1099;&#1086;&#1074;&#1072;&#1078;&#1085;&#1086;&#1084;.&#1088;&#1092;/" TargetMode="External"/><Relationship Id="rId42" Type="http://schemas.openxmlformats.org/officeDocument/2006/relationships/hyperlink" Target="https://&#1088;&#1072;&#1079;&#1075;&#1086;&#1074;&#1086;&#1088;&#1099;&#1086;&#1074;&#1072;&#1078;&#1085;&#1086;&#1084;.&#1088;&#1092;/" TargetMode="External"/><Relationship Id="rId63" Type="http://schemas.openxmlformats.org/officeDocument/2006/relationships/hyperlink" Target="https://&#1088;&#1072;&#1079;&#1075;&#1086;&#1074;&#1086;&#1088;&#1099;&#1086;&#1074;&#1072;&#1078;&#1085;&#1086;&#1084;.&#1088;&#1092;/" TargetMode="External"/><Relationship Id="rId84" Type="http://schemas.openxmlformats.org/officeDocument/2006/relationships/hyperlink" Target="https://&#1088;&#1072;&#1079;&#1075;&#1086;&#1074;&#1086;&#1088;&#1099;&#1086;&#1074;&#1072;&#1078;&#1085;&#1086;&#1084;.&#1088;&#1092;/" TargetMode="External"/><Relationship Id="rId16" Type="http://schemas.openxmlformats.org/officeDocument/2006/relationships/hyperlink" Target="https://&#1088;&#1072;&#1079;&#1075;&#1086;&#1074;&#1086;&#1088;&#1099;&#1086;&#1074;&#1072;&#1078;&#1085;&#1086;&#1084;.&#1088;&#1092;/" TargetMode="External"/><Relationship Id="rId107" Type="http://schemas.openxmlformats.org/officeDocument/2006/relationships/hyperlink" Target="https://&#1088;&#1072;&#1079;&#1075;&#1086;&#1074;&#1086;&#1088;&#1099;&#1086;&#1074;&#1072;&#1078;&#1085;&#1086;&#1084;.&#1088;&#1092;/" TargetMode="External"/><Relationship Id="rId11" Type="http://schemas.openxmlformats.org/officeDocument/2006/relationships/hyperlink" Target="https://&#1088;&#1072;&#1079;&#1075;&#1086;&#1074;&#1086;&#1088;&#1099;&#1086;&#1074;&#1072;&#1078;&#1085;&#1086;&#1084;.&#1088;&#1092;/" TargetMode="External"/><Relationship Id="rId32" Type="http://schemas.openxmlformats.org/officeDocument/2006/relationships/hyperlink" Target="https://&#1088;&#1072;&#1079;&#1075;&#1086;&#1074;&#1086;&#1088;&#1099;&#1086;&#1074;&#1072;&#1078;&#1085;&#1086;&#1084;.&#1088;&#1092;/" TargetMode="External"/><Relationship Id="rId37" Type="http://schemas.openxmlformats.org/officeDocument/2006/relationships/hyperlink" Target="https://&#1088;&#1072;&#1079;&#1075;&#1086;&#1074;&#1086;&#1088;&#1099;&#1086;&#1074;&#1072;&#1078;&#1085;&#1086;&#1084;.&#1088;&#1092;/" TargetMode="External"/><Relationship Id="rId53" Type="http://schemas.openxmlformats.org/officeDocument/2006/relationships/hyperlink" Target="https://&#1088;&#1072;&#1079;&#1075;&#1086;&#1074;&#1086;&#1088;&#1099;&#1086;&#1074;&#1072;&#1078;&#1085;&#1086;&#1084;.&#1088;&#1092;/" TargetMode="External"/><Relationship Id="rId58" Type="http://schemas.openxmlformats.org/officeDocument/2006/relationships/hyperlink" Target="https://&#1088;&#1072;&#1079;&#1075;&#1086;&#1074;&#1086;&#1088;&#1099;&#1086;&#1074;&#1072;&#1078;&#1085;&#1086;&#1084;.&#1088;&#1092;/" TargetMode="External"/><Relationship Id="rId74" Type="http://schemas.openxmlformats.org/officeDocument/2006/relationships/hyperlink" Target="https://&#1088;&#1072;&#1079;&#1075;&#1086;&#1074;&#1086;&#1088;&#1099;&#1086;&#1074;&#1072;&#1078;&#1085;&#1086;&#1084;.&#1088;&#1092;/" TargetMode="External"/><Relationship Id="rId79" Type="http://schemas.openxmlformats.org/officeDocument/2006/relationships/hyperlink" Target="https://&#1088;&#1072;&#1079;&#1075;&#1086;&#1074;&#1086;&#1088;&#1099;&#1086;&#1074;&#1072;&#1078;&#1085;&#1086;&#1084;.&#1088;&#1092;/" TargetMode="External"/><Relationship Id="rId102" Type="http://schemas.openxmlformats.org/officeDocument/2006/relationships/hyperlink" Target="https://&#1088;&#1072;&#1079;&#1075;&#1086;&#1074;&#1086;&#1088;&#1099;&#1086;&#1074;&#1072;&#1078;&#1085;&#1086;&#1084;.&#1088;&#1092;/" TargetMode="External"/><Relationship Id="rId123" Type="http://schemas.openxmlformats.org/officeDocument/2006/relationships/hyperlink" Target="https://&#1088;&#1072;&#1079;&#1075;&#1086;&#1074;&#1086;&#1088;&#1099;&#1086;&#1074;&#1072;&#1078;&#1085;&#1086;&#1084;.&#1088;&#1092;/" TargetMode="External"/><Relationship Id="rId128" Type="http://schemas.openxmlformats.org/officeDocument/2006/relationships/hyperlink" Target="https://&#1088;&#1072;&#1079;&#1075;&#1086;&#1074;&#1086;&#1088;&#1099;&#1086;&#1074;&#1072;&#1078;&#1085;&#1086;&#1084;.&#1088;&#1092;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&#1088;&#1072;&#1079;&#1075;&#1086;&#1074;&#1086;&#1088;&#1099;&#1086;&#1074;&#1072;&#1078;&#1085;&#1086;&#1084;.&#1088;&#1092;/" TargetMode="External"/><Relationship Id="rId95" Type="http://schemas.openxmlformats.org/officeDocument/2006/relationships/hyperlink" Target="https://&#1088;&#1072;&#1079;&#1075;&#1086;&#1074;&#1086;&#1088;&#1099;&#1086;&#1074;&#1072;&#1078;&#1085;&#1086;&#1084;.&#1088;&#1092;/" TargetMode="External"/><Relationship Id="rId22" Type="http://schemas.openxmlformats.org/officeDocument/2006/relationships/hyperlink" Target="https://&#1088;&#1072;&#1079;&#1075;&#1086;&#1074;&#1086;&#1088;&#1099;&#1086;&#1074;&#1072;&#1078;&#1085;&#1086;&#1084;.&#1088;&#1092;/" TargetMode="External"/><Relationship Id="rId27" Type="http://schemas.openxmlformats.org/officeDocument/2006/relationships/hyperlink" Target="https://&#1088;&#1072;&#1079;&#1075;&#1086;&#1074;&#1086;&#1088;&#1099;&#1086;&#1074;&#1072;&#1078;&#1085;&#1086;&#1084;.&#1088;&#1092;/" TargetMode="External"/><Relationship Id="rId43" Type="http://schemas.openxmlformats.org/officeDocument/2006/relationships/hyperlink" Target="https://&#1088;&#1072;&#1079;&#1075;&#1086;&#1074;&#1086;&#1088;&#1099;&#1086;&#1074;&#1072;&#1078;&#1085;&#1086;&#1084;.&#1088;&#1092;/" TargetMode="External"/><Relationship Id="rId48" Type="http://schemas.openxmlformats.org/officeDocument/2006/relationships/hyperlink" Target="https://&#1088;&#1072;&#1079;&#1075;&#1086;&#1074;&#1086;&#1088;&#1099;&#1086;&#1074;&#1072;&#1078;&#1085;&#1086;&#1084;.&#1088;&#1092;/" TargetMode="External"/><Relationship Id="rId64" Type="http://schemas.openxmlformats.org/officeDocument/2006/relationships/hyperlink" Target="https://&#1088;&#1072;&#1079;&#1075;&#1086;&#1074;&#1086;&#1088;&#1099;&#1086;&#1074;&#1072;&#1078;&#1085;&#1086;&#1084;.&#1088;&#1092;/" TargetMode="External"/><Relationship Id="rId69" Type="http://schemas.openxmlformats.org/officeDocument/2006/relationships/hyperlink" Target="https://&#1088;&#1072;&#1079;&#1075;&#1086;&#1074;&#1086;&#1088;&#1099;&#1086;&#1074;&#1072;&#1078;&#1085;&#1086;&#1084;.&#1088;&#1092;/" TargetMode="External"/><Relationship Id="rId1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18" Type="http://schemas.openxmlformats.org/officeDocument/2006/relationships/hyperlink" Target="https://&#1088;&#1072;&#1079;&#1075;&#1086;&#1074;&#1086;&#1088;&#1099;&#1086;&#1074;&#1072;&#1078;&#1085;&#1086;&#1084;.&#1088;&#1092;/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&#1088;&#1072;&#1079;&#1075;&#1086;&#1074;&#1086;&#1088;&#1099;&#1086;&#1074;&#1072;&#1078;&#1085;&#1086;&#1084;.&#1088;&#1092;/" TargetMode="External"/><Relationship Id="rId85" Type="http://schemas.openxmlformats.org/officeDocument/2006/relationships/hyperlink" Target="https://&#1088;&#1072;&#1079;&#1075;&#1086;&#1074;&#1086;&#1088;&#1099;&#1086;&#1074;&#1072;&#1078;&#1085;&#1086;&#1084;.&#1088;&#1092;/" TargetMode="External"/><Relationship Id="rId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7" Type="http://schemas.openxmlformats.org/officeDocument/2006/relationships/hyperlink" Target="https://&#1088;&#1072;&#1079;&#1075;&#1086;&#1074;&#1086;&#1088;&#1099;&#1086;&#1074;&#1072;&#1078;&#1085;&#1086;&#1084;.&#1088;&#1092;/" TargetMode="External"/><Relationship Id="rId33" Type="http://schemas.openxmlformats.org/officeDocument/2006/relationships/hyperlink" Target="https://&#1088;&#1072;&#1079;&#1075;&#1086;&#1074;&#1086;&#1088;&#1099;&#1086;&#1074;&#1072;&#1078;&#1085;&#1086;&#1084;.&#1088;&#1092;/" TargetMode="External"/><Relationship Id="rId38" Type="http://schemas.openxmlformats.org/officeDocument/2006/relationships/hyperlink" Target="https://&#1088;&#1072;&#1079;&#1075;&#1086;&#1074;&#1086;&#1088;&#1099;&#1086;&#1074;&#1072;&#1078;&#1085;&#1086;&#1084;.&#1088;&#1092;/" TargetMode="External"/><Relationship Id="rId59" Type="http://schemas.openxmlformats.org/officeDocument/2006/relationships/hyperlink" Target="https://&#1088;&#1072;&#1079;&#1075;&#1086;&#1074;&#1086;&#1088;&#1099;&#1086;&#1074;&#1072;&#1078;&#1085;&#1086;&#1084;.&#1088;&#1092;/" TargetMode="External"/><Relationship Id="rId103" Type="http://schemas.openxmlformats.org/officeDocument/2006/relationships/hyperlink" Target="https://&#1088;&#1072;&#1079;&#1075;&#1086;&#1074;&#1086;&#1088;&#1099;&#1086;&#1074;&#1072;&#1078;&#1085;&#1086;&#1084;.&#1088;&#1092;/" TargetMode="External"/><Relationship Id="rId108" Type="http://schemas.openxmlformats.org/officeDocument/2006/relationships/hyperlink" Target="https://&#1088;&#1072;&#1079;&#1075;&#1086;&#1074;&#1086;&#1088;&#1099;&#1086;&#1074;&#1072;&#1078;&#1085;&#1086;&#1084;.&#1088;&#1092;/" TargetMode="External"/><Relationship Id="rId124" Type="http://schemas.openxmlformats.org/officeDocument/2006/relationships/hyperlink" Target="https://&#1088;&#1072;&#1079;&#1075;&#1086;&#1074;&#1086;&#1088;&#1099;&#1086;&#1074;&#1072;&#1078;&#1085;&#1086;&#1084;.&#1088;&#1092;/" TargetMode="External"/><Relationship Id="rId129" Type="http://schemas.openxmlformats.org/officeDocument/2006/relationships/hyperlink" Target="https://&#1088;&#1072;&#1079;&#1075;&#1086;&#1074;&#1086;&#1088;&#1099;&#1086;&#1074;&#1072;&#1078;&#1085;&#1086;&#1084;.&#1088;&#1092;/" TargetMode="External"/><Relationship Id="rId54" Type="http://schemas.openxmlformats.org/officeDocument/2006/relationships/hyperlink" Target="https://&#1088;&#1072;&#1079;&#1075;&#1086;&#1074;&#1086;&#1088;&#1099;&#1086;&#1074;&#1072;&#1078;&#1085;&#1086;&#1084;.&#1088;&#1092;/" TargetMode="External"/><Relationship Id="rId70" Type="http://schemas.openxmlformats.org/officeDocument/2006/relationships/hyperlink" Target="https://&#1088;&#1072;&#1079;&#1075;&#1086;&#1074;&#1086;&#1088;&#1099;&#1086;&#1074;&#1072;&#1078;&#1085;&#1086;&#1084;.&#1088;&#1092;/" TargetMode="External"/><Relationship Id="rId75" Type="http://schemas.openxmlformats.org/officeDocument/2006/relationships/hyperlink" Target="https://&#1088;&#1072;&#1079;&#1075;&#1086;&#1074;&#1086;&#1088;&#1099;&#1086;&#1074;&#1072;&#1078;&#1085;&#1086;&#1084;.&#1088;&#1092;/" TargetMode="External"/><Relationship Id="rId91" Type="http://schemas.openxmlformats.org/officeDocument/2006/relationships/hyperlink" Target="https://&#1088;&#1072;&#1079;&#1075;&#1086;&#1074;&#1086;&#1088;&#1099;&#1086;&#1074;&#1072;&#1078;&#1085;&#1086;&#1084;.&#1088;&#1092;/" TargetMode="External"/><Relationship Id="rId96" Type="http://schemas.openxmlformats.org/officeDocument/2006/relationships/hyperlink" Target="https://&#1088;&#1072;&#1079;&#1075;&#1086;&#1074;&#1086;&#1088;&#1099;&#1086;&#1074;&#1072;&#1078;&#1085;&#1086;&#1084;.&#1088;&#1092;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&#1088;&#1072;&#1079;&#1075;&#1086;&#1074;&#1086;&#1088;&#1099;&#1086;&#1074;&#1072;&#1078;&#1085;&#1086;&#1084;.&#1088;&#1092;/" TargetMode="External"/><Relationship Id="rId28" Type="http://schemas.openxmlformats.org/officeDocument/2006/relationships/hyperlink" Target="https://&#1088;&#1072;&#1079;&#1075;&#1086;&#1074;&#1086;&#1088;&#1099;&#1086;&#1074;&#1072;&#1078;&#1085;&#1086;&#1084;.&#1088;&#1092;/" TargetMode="External"/><Relationship Id="rId49" Type="http://schemas.openxmlformats.org/officeDocument/2006/relationships/hyperlink" Target="https://&#1088;&#1072;&#1079;&#1075;&#1086;&#1074;&#1086;&#1088;&#1099;&#1086;&#1074;&#1072;&#1078;&#1085;&#1086;&#1084;.&#1088;&#1092;/" TargetMode="External"/><Relationship Id="rId114" Type="http://schemas.openxmlformats.org/officeDocument/2006/relationships/hyperlink" Target="https://&#1088;&#1072;&#1079;&#1075;&#1086;&#1074;&#1086;&#1088;&#1099;&#1086;&#1074;&#1072;&#1078;&#1085;&#1086;&#1084;.&#1088;&#1092;/" TargetMode="External"/><Relationship Id="rId119" Type="http://schemas.openxmlformats.org/officeDocument/2006/relationships/hyperlink" Target="https://&#1088;&#1072;&#1079;&#1075;&#1086;&#1074;&#1086;&#1088;&#1099;&#1086;&#1074;&#1072;&#1078;&#1085;&#1086;&#1084;.&#1088;&#1092;/" TargetMode="External"/><Relationship Id="rId44" Type="http://schemas.openxmlformats.org/officeDocument/2006/relationships/hyperlink" Target="https://&#1088;&#1072;&#1079;&#1075;&#1086;&#1074;&#1086;&#1088;&#1099;&#1086;&#1074;&#1072;&#1078;&#1085;&#1086;&#1084;.&#1088;&#1092;/" TargetMode="External"/><Relationship Id="rId60" Type="http://schemas.openxmlformats.org/officeDocument/2006/relationships/hyperlink" Target="https://&#1088;&#1072;&#1079;&#1075;&#1086;&#1074;&#1086;&#1088;&#1099;&#1086;&#1074;&#1072;&#1078;&#1085;&#1086;&#1084;.&#1088;&#1092;/" TargetMode="External"/><Relationship Id="rId65" Type="http://schemas.openxmlformats.org/officeDocument/2006/relationships/hyperlink" Target="https://&#1088;&#1072;&#1079;&#1075;&#1086;&#1074;&#1086;&#1088;&#1099;&#1086;&#1074;&#1072;&#1078;&#1085;&#1086;&#1084;.&#1088;&#1092;/" TargetMode="External"/><Relationship Id="rId81" Type="http://schemas.openxmlformats.org/officeDocument/2006/relationships/hyperlink" Target="https://&#1088;&#1072;&#1079;&#1075;&#1086;&#1074;&#1086;&#1088;&#1099;&#1086;&#1074;&#1072;&#1078;&#1085;&#1086;&#1084;.&#1088;&#1092;/" TargetMode="External"/><Relationship Id="rId86" Type="http://schemas.openxmlformats.org/officeDocument/2006/relationships/hyperlink" Target="https://&#1088;&#1072;&#1079;&#1075;&#1086;&#1074;&#1086;&#1088;&#1099;&#1086;&#1074;&#1072;&#1078;&#1085;&#1086;&#1084;.&#1088;&#1092;/" TargetMode="External"/><Relationship Id="rId130" Type="http://schemas.openxmlformats.org/officeDocument/2006/relationships/hyperlink" Target="https://&#1088;&#1072;&#1079;&#1075;&#1086;&#1074;&#1086;&#1088;&#1099;&#1086;&#1074;&#1072;&#1078;&#1085;&#1086;&#1084;.&#1088;&#1092;/" TargetMode="External"/><Relationship Id="rId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8" Type="http://schemas.openxmlformats.org/officeDocument/2006/relationships/hyperlink" Target="https://&#1088;&#1072;&#1079;&#1075;&#1086;&#1074;&#1086;&#1088;&#1099;&#1086;&#1074;&#1072;&#1078;&#1085;&#1086;&#1084;.&#1088;&#1092;/" TargetMode="External"/><Relationship Id="rId39" Type="http://schemas.openxmlformats.org/officeDocument/2006/relationships/hyperlink" Target="https://&#1088;&#1072;&#1079;&#1075;&#1086;&#1074;&#1086;&#1088;&#1099;&#1086;&#1074;&#1072;&#1078;&#1085;&#1086;&#1084;.&#1088;&#1092;/" TargetMode="External"/><Relationship Id="rId109" Type="http://schemas.openxmlformats.org/officeDocument/2006/relationships/hyperlink" Target="https://&#1088;&#1072;&#1079;&#1075;&#1086;&#1074;&#1086;&#1088;&#1099;&#1086;&#1074;&#1072;&#1078;&#1085;&#1086;&#1084;.&#1088;&#1092;/" TargetMode="External"/><Relationship Id="rId34" Type="http://schemas.openxmlformats.org/officeDocument/2006/relationships/hyperlink" Target="https://&#1088;&#1072;&#1079;&#1075;&#1086;&#1074;&#1086;&#1088;&#1099;&#1086;&#1074;&#1072;&#1078;&#1085;&#1086;&#1084;.&#1088;&#1092;/" TargetMode="External"/><Relationship Id="rId50" Type="http://schemas.openxmlformats.org/officeDocument/2006/relationships/hyperlink" Target="https://&#1088;&#1072;&#1079;&#1075;&#1086;&#1074;&#1086;&#1088;&#1099;&#1086;&#1074;&#1072;&#1078;&#1085;&#1086;&#1084;.&#1088;&#1092;/" TargetMode="External"/><Relationship Id="rId55" Type="http://schemas.openxmlformats.org/officeDocument/2006/relationships/hyperlink" Target="https://&#1088;&#1072;&#1079;&#1075;&#1086;&#1074;&#1086;&#1088;&#1099;&#1086;&#1074;&#1072;&#1078;&#1085;&#1086;&#1084;.&#1088;&#1092;/" TargetMode="External"/><Relationship Id="rId76" Type="http://schemas.openxmlformats.org/officeDocument/2006/relationships/hyperlink" Target="https://&#1088;&#1072;&#1079;&#1075;&#1086;&#1074;&#1086;&#1088;&#1099;&#1086;&#1074;&#1072;&#1078;&#1085;&#1086;&#1084;.&#1088;&#1092;/" TargetMode="External"/><Relationship Id="rId97" Type="http://schemas.openxmlformats.org/officeDocument/2006/relationships/hyperlink" Target="https://&#1088;&#1072;&#1079;&#1075;&#1086;&#1074;&#1086;&#1088;&#1099;&#1086;&#1074;&#1072;&#1078;&#1085;&#1086;&#1084;.&#1088;&#1092;/" TargetMode="External"/><Relationship Id="rId104" Type="http://schemas.openxmlformats.org/officeDocument/2006/relationships/hyperlink" Target="https://&#1088;&#1072;&#1079;&#1075;&#1086;&#1074;&#1086;&#1088;&#1099;&#1086;&#1074;&#1072;&#1078;&#1085;&#1086;&#1084;.&#1088;&#1092;/" TargetMode="External"/><Relationship Id="rId120" Type="http://schemas.openxmlformats.org/officeDocument/2006/relationships/hyperlink" Target="https://&#1088;&#1072;&#1079;&#1075;&#1086;&#1074;&#1086;&#1088;&#1099;&#1086;&#1074;&#1072;&#1078;&#1085;&#1086;&#1084;.&#1088;&#1092;/" TargetMode="External"/><Relationship Id="rId125" Type="http://schemas.openxmlformats.org/officeDocument/2006/relationships/hyperlink" Target="https://&#1088;&#1072;&#1079;&#1075;&#1086;&#1074;&#1086;&#1088;&#1099;&#1086;&#1074;&#1072;&#1078;&#1085;&#1086;&#1084;.&#1088;&#1092;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&#1088;&#1072;&#1079;&#1075;&#1086;&#1074;&#1086;&#1088;&#1099;&#1086;&#1074;&#1072;&#1078;&#1085;&#1086;&#1084;.&#1088;&#1092;/" TargetMode="External"/><Relationship Id="rId92" Type="http://schemas.openxmlformats.org/officeDocument/2006/relationships/hyperlink" Target="https://&#1088;&#1072;&#1079;&#1075;&#1086;&#1074;&#1086;&#1088;&#1099;&#1086;&#1074;&#1072;&#1078;&#1085;&#1086;&#1084;.&#1088;&#1092;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&#1088;&#1072;&#1079;&#1075;&#1086;&#1074;&#1086;&#1088;&#1099;&#1086;&#1074;&#1072;&#1078;&#1085;&#1086;&#1084;.&#1088;&#1092;/" TargetMode="External"/><Relationship Id="rId24" Type="http://schemas.openxmlformats.org/officeDocument/2006/relationships/hyperlink" Target="https://&#1088;&#1072;&#1079;&#1075;&#1086;&#1074;&#1086;&#1088;&#1099;&#1086;&#1074;&#1072;&#1078;&#1085;&#1086;&#1084;.&#1088;&#1092;/" TargetMode="External"/><Relationship Id="rId40" Type="http://schemas.openxmlformats.org/officeDocument/2006/relationships/hyperlink" Target="https://&#1088;&#1072;&#1079;&#1075;&#1086;&#1074;&#1086;&#1088;&#1099;&#1086;&#1074;&#1072;&#1078;&#1085;&#1086;&#1084;.&#1088;&#1092;/" TargetMode="External"/><Relationship Id="rId45" Type="http://schemas.openxmlformats.org/officeDocument/2006/relationships/hyperlink" Target="https://&#1088;&#1072;&#1079;&#1075;&#1086;&#1074;&#1086;&#1088;&#1099;&#1086;&#1074;&#1072;&#1078;&#1085;&#1086;&#1084;.&#1088;&#1092;/" TargetMode="External"/><Relationship Id="rId66" Type="http://schemas.openxmlformats.org/officeDocument/2006/relationships/hyperlink" Target="https://&#1088;&#1072;&#1079;&#1075;&#1086;&#1074;&#1086;&#1088;&#1099;&#1086;&#1074;&#1072;&#1078;&#1085;&#1086;&#1084;.&#1088;&#1092;/" TargetMode="External"/><Relationship Id="rId87" Type="http://schemas.openxmlformats.org/officeDocument/2006/relationships/hyperlink" Target="https://&#1088;&#1072;&#1079;&#1075;&#1086;&#1074;&#1086;&#1088;&#1099;&#1086;&#1074;&#1072;&#1078;&#1085;&#1086;&#1084;.&#1088;&#1092;/" TargetMode="External"/><Relationship Id="rId110" Type="http://schemas.openxmlformats.org/officeDocument/2006/relationships/hyperlink" Target="https://&#1088;&#1072;&#1079;&#1075;&#1086;&#1074;&#1086;&#1088;&#1099;&#1086;&#1074;&#1072;&#1078;&#1085;&#1086;&#1084;.&#1088;&#1092;/" TargetMode="External"/><Relationship Id="rId115" Type="http://schemas.openxmlformats.org/officeDocument/2006/relationships/hyperlink" Target="https://&#1088;&#1072;&#1079;&#1075;&#1086;&#1074;&#1086;&#1088;&#1099;&#1086;&#1074;&#1072;&#1078;&#1085;&#1086;&#1084;.&#1088;&#1092;/" TargetMode="External"/><Relationship Id="rId131" Type="http://schemas.openxmlformats.org/officeDocument/2006/relationships/hyperlink" Target="https://&#1088;&#1072;&#1079;&#1075;&#1086;&#1074;&#1086;&#1088;&#1099;&#1086;&#1074;&#1072;&#1078;&#1085;&#1086;&#1084;.&#1088;&#1092;/" TargetMode="External"/><Relationship Id="rId61" Type="http://schemas.openxmlformats.org/officeDocument/2006/relationships/hyperlink" Target="https://&#1088;&#1072;&#1079;&#1075;&#1086;&#1074;&#1086;&#1088;&#1099;&#1086;&#1074;&#1072;&#1078;&#1085;&#1086;&#1084;.&#1088;&#1092;/" TargetMode="External"/><Relationship Id="rId82" Type="http://schemas.openxmlformats.org/officeDocument/2006/relationships/hyperlink" Target="https://&#1088;&#1072;&#1079;&#1075;&#1086;&#1074;&#1086;&#1088;&#1099;&#1086;&#1074;&#1072;&#1078;&#1085;&#1086;&#1084;.&#1088;&#1092;/" TargetMode="External"/><Relationship Id="rId19" Type="http://schemas.openxmlformats.org/officeDocument/2006/relationships/hyperlink" Target="https://&#1088;&#1072;&#1079;&#1075;&#1086;&#1074;&#1086;&#1088;&#1099;&#1086;&#1074;&#1072;&#1078;&#1085;&#1086;&#1084;.&#1088;&#1092;/" TargetMode="External"/><Relationship Id="rId14" Type="http://schemas.openxmlformats.org/officeDocument/2006/relationships/hyperlink" Target="https://&#1088;&#1072;&#1079;&#1075;&#1086;&#1074;&#1086;&#1088;&#1099;&#1086;&#1074;&#1072;&#1078;&#1085;&#1086;&#1084;.&#1088;&#1092;/" TargetMode="External"/><Relationship Id="rId30" Type="http://schemas.openxmlformats.org/officeDocument/2006/relationships/hyperlink" Target="https://&#1088;&#1072;&#1079;&#1075;&#1086;&#1074;&#1086;&#1088;&#1099;&#1086;&#1074;&#1072;&#1078;&#1085;&#1086;&#1084;.&#1088;&#1092;/" TargetMode="External"/><Relationship Id="rId35" Type="http://schemas.openxmlformats.org/officeDocument/2006/relationships/hyperlink" Target="https://&#1088;&#1072;&#1079;&#1075;&#1086;&#1074;&#1086;&#1088;&#1099;&#1086;&#1074;&#1072;&#1078;&#1085;&#1086;&#1084;.&#1088;&#1092;/" TargetMode="External"/><Relationship Id="rId56" Type="http://schemas.openxmlformats.org/officeDocument/2006/relationships/hyperlink" Target="https://&#1088;&#1072;&#1079;&#1075;&#1086;&#1074;&#1086;&#1088;&#1099;&#1086;&#1074;&#1072;&#1078;&#1085;&#1086;&#1084;.&#1088;&#1092;/" TargetMode="External"/><Relationship Id="rId77" Type="http://schemas.openxmlformats.org/officeDocument/2006/relationships/hyperlink" Target="https://&#1088;&#1072;&#1079;&#1075;&#1086;&#1074;&#1086;&#1088;&#1099;&#1086;&#1074;&#1072;&#1078;&#1085;&#1086;&#1084;.&#1088;&#1092;/" TargetMode="External"/><Relationship Id="rId100" Type="http://schemas.openxmlformats.org/officeDocument/2006/relationships/hyperlink" Target="https://&#1088;&#1072;&#1079;&#1075;&#1086;&#1074;&#1086;&#1088;&#1099;&#1086;&#1074;&#1072;&#1078;&#1085;&#1086;&#1084;.&#1088;&#1092;/" TargetMode="External"/><Relationship Id="rId105" Type="http://schemas.openxmlformats.org/officeDocument/2006/relationships/hyperlink" Target="https://&#1088;&#1072;&#1079;&#1075;&#1086;&#1074;&#1086;&#1088;&#1099;&#1086;&#1074;&#1072;&#1078;&#1085;&#1086;&#1084;.&#1088;&#1092;/" TargetMode="External"/><Relationship Id="rId126" Type="http://schemas.openxmlformats.org/officeDocument/2006/relationships/hyperlink" Target="https://&#1088;&#1072;&#1079;&#1075;&#1086;&#1074;&#1086;&#1088;&#1099;&#1086;&#1074;&#1072;&#1078;&#1085;&#1086;&#1084;.&#1088;&#1092;/" TargetMode="External"/><Relationship Id="rId8" Type="http://schemas.openxmlformats.org/officeDocument/2006/relationships/hyperlink" Target="https://&#1088;&#1072;&#1079;&#1075;&#1086;&#1074;&#1086;&#1088;&#1099;&#1086;&#1074;&#1072;&#1078;&#1085;&#1086;&#1084;.&#1088;&#1092;/" TargetMode="External"/><Relationship Id="rId51" Type="http://schemas.openxmlformats.org/officeDocument/2006/relationships/hyperlink" Target="https://&#1088;&#1072;&#1079;&#1075;&#1086;&#1074;&#1086;&#1088;&#1099;&#1086;&#1074;&#1072;&#1078;&#1085;&#1086;&#1084;.&#1088;&#1092;/" TargetMode="External"/><Relationship Id="rId72" Type="http://schemas.openxmlformats.org/officeDocument/2006/relationships/hyperlink" Target="https://&#1088;&#1072;&#1079;&#1075;&#1086;&#1074;&#1086;&#1088;&#1099;&#1086;&#1074;&#1072;&#1078;&#1085;&#1086;&#1084;.&#1088;&#1092;/" TargetMode="External"/><Relationship Id="rId93" Type="http://schemas.openxmlformats.org/officeDocument/2006/relationships/hyperlink" Target="https://&#1088;&#1072;&#1079;&#1075;&#1086;&#1074;&#1086;&#1088;&#1099;&#1086;&#1074;&#1072;&#1078;&#1085;&#1086;&#1084;.&#1088;&#1092;/" TargetMode="External"/><Relationship Id="rId98" Type="http://schemas.openxmlformats.org/officeDocument/2006/relationships/hyperlink" Target="https://&#1088;&#1072;&#1079;&#1075;&#1086;&#1074;&#1086;&#1088;&#1099;&#1086;&#1074;&#1072;&#1078;&#1085;&#1086;&#1084;.&#1088;&#1092;/" TargetMode="External"/><Relationship Id="rId121" Type="http://schemas.openxmlformats.org/officeDocument/2006/relationships/hyperlink" Target="https://&#1088;&#1072;&#1079;&#1075;&#1086;&#1074;&#1086;&#1088;&#1099;&#1086;&#1074;&#1072;&#1078;&#1085;&#1086;&#1084;.&#1088;&#1092;/" TargetMode="External"/><Relationship Id="rId3" Type="http://schemas.openxmlformats.org/officeDocument/2006/relationships/styles" Target="styles.xml"/><Relationship Id="rId25" Type="http://schemas.openxmlformats.org/officeDocument/2006/relationships/hyperlink" Target="https://&#1088;&#1072;&#1079;&#1075;&#1086;&#1074;&#1086;&#1088;&#1099;&#1086;&#1074;&#1072;&#1078;&#1085;&#1086;&#1084;.&#1088;&#1092;/" TargetMode="External"/><Relationship Id="rId46" Type="http://schemas.openxmlformats.org/officeDocument/2006/relationships/hyperlink" Target="https://&#1088;&#1072;&#1079;&#1075;&#1086;&#1074;&#1086;&#1088;&#1099;&#1086;&#1074;&#1072;&#1078;&#1085;&#1086;&#1084;.&#1088;&#1092;/" TargetMode="External"/><Relationship Id="rId67" Type="http://schemas.openxmlformats.org/officeDocument/2006/relationships/hyperlink" Target="https://&#1088;&#1072;&#1079;&#1075;&#1086;&#1074;&#1086;&#1088;&#1099;&#1086;&#1074;&#1072;&#1078;&#1085;&#1086;&#1084;.&#1088;&#1092;/" TargetMode="External"/><Relationship Id="rId116" Type="http://schemas.openxmlformats.org/officeDocument/2006/relationships/hyperlink" Target="https://&#1088;&#1072;&#1079;&#1075;&#1086;&#1074;&#1086;&#1088;&#1099;&#1086;&#1074;&#1072;&#1078;&#1085;&#1086;&#1084;.&#1088;&#1092;/" TargetMode="External"/><Relationship Id="rId20" Type="http://schemas.openxmlformats.org/officeDocument/2006/relationships/hyperlink" Target="https://&#1088;&#1072;&#1079;&#1075;&#1086;&#1074;&#1086;&#1088;&#1099;&#1086;&#1074;&#1072;&#1078;&#1085;&#1086;&#1084;.&#1088;&#1092;/" TargetMode="External"/><Relationship Id="rId41" Type="http://schemas.openxmlformats.org/officeDocument/2006/relationships/hyperlink" Target="https://&#1088;&#1072;&#1079;&#1075;&#1086;&#1074;&#1086;&#1088;&#1099;&#1086;&#1074;&#1072;&#1078;&#1085;&#1086;&#1084;.&#1088;&#1092;/" TargetMode="External"/><Relationship Id="rId62" Type="http://schemas.openxmlformats.org/officeDocument/2006/relationships/hyperlink" Target="https://&#1088;&#1072;&#1079;&#1075;&#1086;&#1074;&#1086;&#1088;&#1099;&#1086;&#1074;&#1072;&#1078;&#1085;&#1086;&#1084;.&#1088;&#1092;/" TargetMode="External"/><Relationship Id="rId83" Type="http://schemas.openxmlformats.org/officeDocument/2006/relationships/hyperlink" Target="https://&#1088;&#1072;&#1079;&#1075;&#1086;&#1074;&#1086;&#1088;&#1099;&#1086;&#1074;&#1072;&#1078;&#1085;&#1086;&#1084;.&#1088;&#1092;/" TargetMode="External"/><Relationship Id="rId88" Type="http://schemas.openxmlformats.org/officeDocument/2006/relationships/hyperlink" Target="https://&#1088;&#1072;&#1079;&#1075;&#1086;&#1074;&#1086;&#1088;&#1099;&#1086;&#1074;&#1072;&#1078;&#1085;&#1086;&#1084;.&#1088;&#1092;/" TargetMode="External"/><Relationship Id="rId111" Type="http://schemas.openxmlformats.org/officeDocument/2006/relationships/hyperlink" Target="https://&#1088;&#1072;&#1079;&#1075;&#1086;&#1074;&#1086;&#1088;&#1099;&#1086;&#1074;&#1072;&#1078;&#1085;&#1086;&#1084;.&#1088;&#1092;/" TargetMode="External"/><Relationship Id="rId132" Type="http://schemas.openxmlformats.org/officeDocument/2006/relationships/footer" Target="footer1.xml"/><Relationship Id="rId15" Type="http://schemas.openxmlformats.org/officeDocument/2006/relationships/hyperlink" Target="https://&#1088;&#1072;&#1079;&#1075;&#1086;&#1074;&#1086;&#1088;&#1099;&#1086;&#1074;&#1072;&#1078;&#1085;&#1086;&#1084;.&#1088;&#1092;/" TargetMode="External"/><Relationship Id="rId36" Type="http://schemas.openxmlformats.org/officeDocument/2006/relationships/hyperlink" Target="https://&#1088;&#1072;&#1079;&#1075;&#1086;&#1074;&#1086;&#1088;&#1099;&#1086;&#1074;&#1072;&#1078;&#1085;&#1086;&#1084;.&#1088;&#1092;/" TargetMode="External"/><Relationship Id="rId57" Type="http://schemas.openxmlformats.org/officeDocument/2006/relationships/hyperlink" Target="https://&#1088;&#1072;&#1079;&#1075;&#1086;&#1074;&#1086;&#1088;&#1099;&#1086;&#1074;&#1072;&#1078;&#1085;&#1086;&#1084;.&#1088;&#1092;/" TargetMode="External"/><Relationship Id="rId106" Type="http://schemas.openxmlformats.org/officeDocument/2006/relationships/hyperlink" Target="https://&#1088;&#1072;&#1079;&#1075;&#1086;&#1074;&#1086;&#1088;&#1099;&#1086;&#1074;&#1072;&#1078;&#1085;&#1086;&#1084;.&#1088;&#1092;/" TargetMode="External"/><Relationship Id="rId127" Type="http://schemas.openxmlformats.org/officeDocument/2006/relationships/hyperlink" Target="https://&#1088;&#1072;&#1079;&#1075;&#1086;&#1074;&#1086;&#1088;&#1099;&#1086;&#1074;&#1072;&#1078;&#1085;&#1086;&#1084;.&#1088;&#1092;/" TargetMode="External"/><Relationship Id="rId10" Type="http://schemas.openxmlformats.org/officeDocument/2006/relationships/hyperlink" Target="https://&#1088;&#1072;&#1079;&#1075;&#1086;&#1074;&#1086;&#1088;&#1099;&#1086;&#1074;&#1072;&#1078;&#1085;&#1086;&#1084;.&#1088;&#1092;/" TargetMode="External"/><Relationship Id="rId31" Type="http://schemas.openxmlformats.org/officeDocument/2006/relationships/hyperlink" Target="https://&#1088;&#1072;&#1079;&#1075;&#1086;&#1074;&#1086;&#1088;&#1099;&#1086;&#1074;&#1072;&#1078;&#1085;&#1086;&#1084;.&#1088;&#1092;/" TargetMode="External"/><Relationship Id="rId52" Type="http://schemas.openxmlformats.org/officeDocument/2006/relationships/hyperlink" Target="https://&#1088;&#1072;&#1079;&#1075;&#1086;&#1074;&#1086;&#1088;&#1099;&#1086;&#1074;&#1072;&#1078;&#1085;&#1086;&#1084;.&#1088;&#1092;/" TargetMode="External"/><Relationship Id="rId73" Type="http://schemas.openxmlformats.org/officeDocument/2006/relationships/hyperlink" Target="https://&#1088;&#1072;&#1079;&#1075;&#1086;&#1074;&#1086;&#1088;&#1099;&#1086;&#1074;&#1072;&#1078;&#1085;&#1086;&#1084;.&#1088;&#1092;/" TargetMode="External"/><Relationship Id="rId78" Type="http://schemas.openxmlformats.org/officeDocument/2006/relationships/hyperlink" Target="https://&#1088;&#1072;&#1079;&#1075;&#1086;&#1074;&#1086;&#1088;&#1099;&#1086;&#1074;&#1072;&#1078;&#1085;&#1086;&#1084;.&#1088;&#1092;/" TargetMode="External"/><Relationship Id="rId94" Type="http://schemas.openxmlformats.org/officeDocument/2006/relationships/hyperlink" Target="https://&#1088;&#1072;&#1079;&#1075;&#1086;&#1074;&#1086;&#1088;&#1099;&#1086;&#1074;&#1072;&#1078;&#1085;&#1086;&#1084;.&#1088;&#1092;/" TargetMode="External"/><Relationship Id="rId99" Type="http://schemas.openxmlformats.org/officeDocument/2006/relationships/hyperlink" Target="https://&#1088;&#1072;&#1079;&#1075;&#1086;&#1074;&#1086;&#1088;&#1099;&#1086;&#1074;&#1072;&#1078;&#1085;&#1086;&#1084;.&#1088;&#1092;/" TargetMode="External"/><Relationship Id="rId101" Type="http://schemas.openxmlformats.org/officeDocument/2006/relationships/hyperlink" Target="https://&#1088;&#1072;&#1079;&#1075;&#1086;&#1074;&#1086;&#1088;&#1099;&#1086;&#1074;&#1072;&#1078;&#1085;&#1086;&#1084;.&#1088;&#1092;/" TargetMode="External"/><Relationship Id="rId122" Type="http://schemas.openxmlformats.org/officeDocument/2006/relationships/hyperlink" Target="https://&#1088;&#1072;&#1079;&#1075;&#1086;&#1074;&#1086;&#1088;&#1099;&#1086;&#1074;&#1072;&#1078;&#1085;&#1086;&#1084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72;&#1079;&#1075;&#1086;&#1074;&#1086;&#1088;&#1099;&#1086;&#1074;&#1072;&#1078;&#1085;&#1086;&#1084;.&#1088;&#1092;/" TargetMode="External"/><Relationship Id="rId26" Type="http://schemas.openxmlformats.org/officeDocument/2006/relationships/hyperlink" Target="https://&#1088;&#1072;&#1079;&#1075;&#1086;&#1074;&#1086;&#1088;&#1099;&#1086;&#1074;&#1072;&#1078;&#1085;&#1086;&#1084;.&#1088;&#1092;/" TargetMode="External"/><Relationship Id="rId47" Type="http://schemas.openxmlformats.org/officeDocument/2006/relationships/hyperlink" Target="https://&#1088;&#1072;&#1079;&#1075;&#1086;&#1074;&#1086;&#1088;&#1099;&#1086;&#1074;&#1072;&#1078;&#1085;&#1086;&#1084;.&#1088;&#1092;/" TargetMode="External"/><Relationship Id="rId68" Type="http://schemas.openxmlformats.org/officeDocument/2006/relationships/hyperlink" Target="https://&#1088;&#1072;&#1079;&#1075;&#1086;&#1074;&#1086;&#1088;&#1099;&#1086;&#1074;&#1072;&#1078;&#1085;&#1086;&#1084;.&#1088;&#1092;/" TargetMode="External"/><Relationship Id="rId89" Type="http://schemas.openxmlformats.org/officeDocument/2006/relationships/hyperlink" Target="https://&#1088;&#1072;&#1079;&#1075;&#1086;&#1074;&#1086;&#1088;&#1099;&#1086;&#1074;&#1072;&#1078;&#1085;&#1086;&#1084;.&#1088;&#1092;/" TargetMode="External"/><Relationship Id="rId1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F64B0E-BA24-4540-88B7-ABB18EF1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2842</Words>
  <Characters>16201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>Mendal</cp:lastModifiedBy>
  <cp:revision>3</cp:revision>
  <dcterms:created xsi:type="dcterms:W3CDTF">2013-12-23T23:15:00Z</dcterms:created>
  <dcterms:modified xsi:type="dcterms:W3CDTF">2026-09-08T16:47:00Z</dcterms:modified>
  <cp:category/>
</cp:coreProperties>
</file>